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ABTRETUNGSERKLÄRUNG FÜR KFZ-WERKSTATT</w:t>
      </w:r>
    </w:p>
    <w:p/>
    <w:p>
      <w:r>
        <w:rPr>
          <w:b w:val="0"/>
          <w:sz w:val="20"/>
        </w:rPr>
        <w:t>Ort : ____________________________</w:t>
      </w:r>
    </w:p>
    <w:p/>
    <w:p>
      <w:r>
        <w:rPr>
          <w:b/>
          <w:sz w:val="20"/>
        </w:rPr>
        <w:t>Angaben des Abtretenden (Fahrzeughalter) :</w:t>
      </w:r>
    </w:p>
    <w:p>
      <w:r>
        <w:rPr>
          <w:b w:val="0"/>
          <w:sz w:val="20"/>
        </w:rPr>
        <w:t>Vor- und Nachname : ___________________________________________________</w:t>
      </w:r>
    </w:p>
    <w:p>
      <w:r>
        <w:rPr>
          <w:b w:val="0"/>
          <w:sz w:val="20"/>
        </w:rPr>
        <w:t>Anschrift : ___________________________________________________________</w:t>
      </w:r>
    </w:p>
    <w:p>
      <w:r>
        <w:rPr>
          <w:b w:val="0"/>
          <w:sz w:val="20"/>
        </w:rPr>
        <w:t>Telefonnummer : _______________________________________________________</w:t>
      </w:r>
    </w:p>
    <w:p>
      <w:r>
        <w:rPr>
          <w:b w:val="0"/>
          <w:sz w:val="20"/>
        </w:rPr>
        <w:t>Fahrzeug-Identifizierungsnummer (FIN) : _______________________________</w:t>
      </w:r>
    </w:p>
    <w:p/>
    <w:p>
      <w:r>
        <w:rPr>
          <w:b/>
          <w:sz w:val="20"/>
        </w:rPr>
        <w:t>Angaben der Werkstatt (Abtretungsempfänger) :</w:t>
      </w:r>
    </w:p>
    <w:p>
      <w:r>
        <w:rPr>
          <w:b w:val="0"/>
          <w:sz w:val="20"/>
        </w:rPr>
        <w:t>Name/Firmenbezeichnung : ______________________________________________</w:t>
      </w:r>
    </w:p>
    <w:p>
      <w:r>
        <w:rPr>
          <w:b w:val="0"/>
          <w:sz w:val="20"/>
        </w:rPr>
        <w:t>Anschrift : ___________________________________________________________</w:t>
      </w:r>
    </w:p>
    <w:p>
      <w:r>
        <w:rPr>
          <w:b w:val="0"/>
          <w:sz w:val="20"/>
        </w:rPr>
        <w:t>Telefonnummer : _______________________________________________________</w:t>
      </w:r>
    </w:p>
    <w:p/>
    <w:p>
      <w:r>
        <w:rPr>
          <w:b/>
          <w:sz w:val="20"/>
        </w:rPr>
        <w:t>Erklärung zur Abtretung :</w:t>
      </w:r>
    </w:p>
    <w:p>
      <w:r>
        <w:rPr>
          <w:b w:val="0"/>
          <w:sz w:val="20"/>
        </w:rPr>
        <w:t>Hiermit trete ich als Fahrzeughalter alle Ansprüche auf Ersatz von Kosten, die im Rahmen der Reparatur, Instandsetzung, Wartung und sonstigen Leistungen an dem oben genannten Fahrzeug anfallen, an die oben genannte Werkstatt ab. Diese Abtretung gilt ausschließlich für die genannten Arbeiten und die dafür entstehenden Forderungen gegenüber Dritten (z.B. Versicherungen).</w:t>
      </w:r>
    </w:p>
    <w:p/>
    <w:p>
      <w:r>
        <w:rPr>
          <w:b/>
          <w:sz w:val="20"/>
        </w:rPr>
        <w:t>Zustimmungserklärung :</w:t>
      </w:r>
    </w:p>
    <w:p>
      <w:r>
        <w:rPr>
          <w:b w:val="0"/>
          <w:sz w:val="20"/>
        </w:rPr>
        <w:t>Ich bestätige, dass ich die Abtretung freiwillig und rechtswirksam vornehme und die Werkstatt berechtigt ist, die abgetretenen Ansprüche geltend zu machen.</w:t>
      </w:r>
    </w:p>
    <w:p/>
    <w:p>
      <w:r>
        <w:rPr>
          <w:b/>
          <w:sz w:val="20"/>
        </w:rPr>
        <w:t>Haftungsausschluss :</w:t>
      </w:r>
    </w:p>
    <w:p>
      <w:r>
        <w:rPr>
          <w:b w:val="0"/>
          <w:sz w:val="20"/>
        </w:rPr>
        <w:t>Die Werkstatt haftet für die ordnungsgemäße Durchführung der Reparaturleistungen gemäß den gesetzlichen Bestimmungen. Die Abtretung berührt nicht die Rechte und Pflichten zwischen Fahrzeughalter und Werkstatt im Rahmen des Werkvertrags.</w:t>
      </w:r>
    </w:p>
    <w:p/>
    <w:p>
      <w:r>
        <w:rPr>
          <w:b/>
          <w:sz w:val="20"/>
        </w:rPr>
        <w:t>Schlussbestimmungen :</w:t>
      </w:r>
    </w:p>
    <w:p>
      <w:r>
        <w:rPr>
          <w:b w:val="0"/>
          <w:sz w:val="20"/>
        </w:rPr>
        <w:t>Sollten einzelne Bestimmungen dieser Abtretungserklärung unwirksam sein oder werden, bleibt die Wirksamkeit der übrigen Bestimmungen unberührt. Änderungen und Ergänzungen bedürfen der Schriftform.</w:t>
      </w:r>
    </w:p>
    <w:p/>
    <w:p/>
    <w:p>
      <w:r>
        <w:rPr>
          <w:b w:val="0"/>
          <w:sz w:val="20"/>
        </w:rPr>
        <w:t>Ort :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Abtretender (Fahrzeughalter)</w:t>
            </w:r>
          </w:p>
        </w:tc>
        <w:tc>
          <w:tcPr>
            <w:tcW w:type="dxa" w:w="4986"/>
            <w:tcBorders>
              <w:top w:val="nil"/>
              <w:left w:val="nil"/>
              <w:bottom w:val="nil"/>
              <w:right w:val="nil"/>
              <w:insideH w:val="nil"/>
              <w:insideV w:val="nil"/>
            </w:tcBorders>
          </w:tcPr>
          <w:p>
            <w:pPr>
              <w:jc w:val="center"/>
            </w:pPr>
            <w:r>
              <w:t>Werkstatt (Abtretungsempfänger)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https://musterhero.com/abtretungserklarung-kfz-werkstatt/</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https://musterhero.com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musterhero.com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hero.com/abtretungserklarung-kfz-werkstatt/" TargetMode="External"/><Relationship Id="rId10" Type="http://schemas.openxmlformats.org/officeDocument/2006/relationships/hyperlink" Target="https://musterhe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