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ÄNDERUNGSDARLEHENSVERTRAG - MUSTER</w:t>
      </w:r>
    </w:p>
    <w:p/>
    <w:p>
      <w:r>
        <w:rPr>
          <w:b/>
          <w:sz w:val="20"/>
        </w:rPr>
        <w:t>Zwischen</w:t>
      </w:r>
    </w:p>
    <w:p>
      <w:r>
        <w:rPr>
          <w:b w:val="0"/>
          <w:sz w:val="20"/>
        </w:rPr>
        <w:t>Darlehensgeber : _______________________________________________</w:t>
      </w:r>
    </w:p>
    <w:p>
      <w:r>
        <w:rPr>
          <w:b w:val="0"/>
          <w:sz w:val="20"/>
        </w:rPr>
        <w:t>Anschrift : ______________________________________________________</w:t>
      </w:r>
    </w:p>
    <w:p/>
    <w:p>
      <w:pPr>
        <w:jc w:val="center"/>
      </w:pPr>
      <w:r>
        <w:rPr>
          <w:b w:val="0"/>
          <w:sz w:val="20"/>
        </w:rPr>
        <w:t>und</w:t>
      </w:r>
    </w:p>
    <w:p/>
    <w:p>
      <w:r>
        <w:rPr>
          <w:b w:val="0"/>
          <w:sz w:val="20"/>
        </w:rPr>
        <w:t>Darlehensnehmer : _______________________________________________</w:t>
      </w:r>
    </w:p>
    <w:p>
      <w:r>
        <w:rPr>
          <w:b w:val="0"/>
          <w:sz w:val="20"/>
        </w:rPr>
        <w:t>Anschrift : ______________________________________________________</w:t>
      </w:r>
    </w:p>
    <w:p/>
    <w:p>
      <w:r>
        <w:rPr>
          <w:b/>
          <w:sz w:val="20"/>
        </w:rPr>
        <w:t>Präambel:</w:t>
      </w:r>
    </w:p>
    <w:p>
      <w:r>
        <w:rPr>
          <w:b w:val="0"/>
          <w:sz w:val="20"/>
        </w:rPr>
        <w:t>Dieser Änderungsvertrag dient der Änderung des zwischen den Parteien bestehenden Darlehensvertrags. Die Parteien vereinbaren nachstehende Änderungen, die Bestandteil des ursprünglichen Vertrags werden.</w:t>
      </w:r>
    </w:p>
    <w:p/>
    <w:p>
      <w:r>
        <w:rPr>
          <w:b/>
          <w:sz w:val="20"/>
        </w:rPr>
        <w:t>§ 1 – Änderung der Darlehenssumme</w:t>
      </w:r>
    </w:p>
    <w:p>
      <w:r>
        <w:rPr>
          <w:b w:val="0"/>
          <w:sz w:val="20"/>
        </w:rPr>
        <w:t>Die Darlehenssumme wird von bisher ____________________________ EUR auf zukünftig ____________________________ EUR geändert.</w:t>
      </w:r>
    </w:p>
    <w:p/>
    <w:p>
      <w:r>
        <w:rPr>
          <w:b/>
          <w:sz w:val="20"/>
        </w:rPr>
        <w:t>§ 2 – Änderung der Laufzeit</w:t>
      </w:r>
    </w:p>
    <w:p>
      <w:r>
        <w:rPr>
          <w:b w:val="0"/>
          <w:sz w:val="20"/>
        </w:rPr>
        <w:t>Die Laufzeit des Darlehens wird wie folgt geändert: _______________________________.</w:t>
      </w:r>
    </w:p>
    <w:p/>
    <w:p>
      <w:r>
        <w:rPr>
          <w:b/>
          <w:sz w:val="20"/>
        </w:rPr>
        <w:t>§ 3 – Änderung der Zinssätze</w:t>
      </w:r>
    </w:p>
    <w:p>
      <w:r>
        <w:rPr>
          <w:b w:val="0"/>
          <w:sz w:val="20"/>
        </w:rPr>
        <w:t>Der Zinssatz wird von bisher ____________________________ % p.a. auf zukünftig ____________________________ % p.a. angepasst.</w:t>
      </w:r>
    </w:p>
    <w:p/>
    <w:p>
      <w:r>
        <w:rPr>
          <w:b/>
          <w:sz w:val="20"/>
        </w:rPr>
        <w:t>§ 4 – Sonstige Änderungen</w:t>
      </w:r>
    </w:p>
    <w:p>
      <w:r>
        <w:rPr>
          <w:b w:val="0"/>
          <w:sz w:val="20"/>
        </w:rPr>
        <w:t>Alle übrigen Vertragsbedingungen bleiben unverändert und gelten weiterhin.</w:t>
      </w:r>
    </w:p>
    <w:p/>
    <w:p>
      <w:r>
        <w:rPr>
          <w:b/>
          <w:sz w:val="20"/>
        </w:rPr>
        <w:t>§ 5 – Salvatorische Klausel</w:t>
      </w:r>
    </w:p>
    <w:p>
      <w:r>
        <w:rPr>
          <w:b w:val="0"/>
          <w:sz w:val="20"/>
        </w:rPr>
        <w:t>Sollten einzelne Bestimmungen dieses Änderungsvertrags unwirksam sein oder werden, so bleibt die Wirksamkeit der übrigen Bestimmungen unberührt. Anstelle der unwirksamen Bestimmung gilt eine Regelung als vereinbart, die dem wirtschaftlichen Zweck der unwirksamen Bestimmung am nächsten kommt.</w:t>
      </w:r>
    </w:p>
    <w:p/>
    <w:p>
      <w:r>
        <w:rPr>
          <w:b/>
          <w:sz w:val="20"/>
        </w:rPr>
        <w:t>§ 6 – Schlussbestimmungen</w:t>
      </w:r>
    </w:p>
    <w:p>
      <w:r>
        <w:rPr>
          <w:b w:val="0"/>
          <w:sz w:val="20"/>
        </w:rPr>
        <w:t>Dieser Änderungsvertrag tritt mit Unterzeichnung durch beide Parteien in Kraft und ist Bestandteil des ursprünglichen Darlehensvertrags.</w:t>
      </w:r>
    </w:p>
    <w:p/>
    <w:p/>
    <w:p>
      <w:r>
        <w:rPr>
          <w:b w:val="0"/>
          <w:sz w:val="20"/>
        </w:rPr>
        <w:t>Ort : ___________________________________    Datum : 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DARLEHENSGEBER</w:t>
            </w:r>
          </w:p>
        </w:tc>
        <w:tc>
          <w:tcPr>
            <w:tcW w:type="dxa" w:w="4986"/>
            <w:tcBorders>
              <w:top w:val="nil"/>
              <w:left w:val="nil"/>
              <w:bottom w:val="nil"/>
              <w:right w:val="nil"/>
              <w:insideH w:val="nil"/>
              <w:insideV w:val="nil"/>
            </w:tcBorders>
          </w:tcPr>
          <w:p>
            <w:pPr>
              <w:jc w:val="center"/>
            </w:pPr>
            <w:r>
              <w:t>DARLEHENSNEHMER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https://musterhero.com/anderung-darlehensvertrag-muster/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https://musterhero.com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musterhero.com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hero.com/anderung-darlehensvertrag-muster/" TargetMode="External"/><Relationship Id="rId10" Type="http://schemas.openxmlformats.org/officeDocument/2006/relationships/hyperlink" Target="https://musterh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