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ANLAGENKATASTER - MUSTER</w:t>
      </w:r>
    </w:p>
    <w:p/>
    <w:p>
      <w:r>
        <w:rPr>
          <w:b/>
          <w:sz w:val="20"/>
        </w:rPr>
        <w:t>Angaben zum Eigentümer :</w:t>
      </w:r>
    </w:p>
    <w:p>
      <w:r>
        <w:rPr>
          <w:b w:val="0"/>
          <w:sz w:val="20"/>
        </w:rPr>
        <w:t>Name / Firma : ____________________________________________________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/>
    <w:p>
      <w:r>
        <w:rPr>
          <w:b/>
          <w:sz w:val="20"/>
        </w:rPr>
        <w:t>Angaben zum Grundstück :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Flurstücknummer : _________________________________________________</w:t>
      </w:r>
    </w:p>
    <w:p>
      <w:r>
        <w:rPr>
          <w:b w:val="0"/>
          <w:sz w:val="20"/>
        </w:rPr>
        <w:t>Gemarkung : _______________________________________________________</w:t>
      </w:r>
    </w:p>
    <w:p>
      <w:r>
        <w:rPr>
          <w:b w:val="0"/>
          <w:sz w:val="20"/>
        </w:rPr>
        <w:t>Grundbuchblatt : _________________________________________________</w:t>
      </w:r>
    </w:p>
    <w:p/>
    <w:p>
      <w:r>
        <w:rPr>
          <w:b/>
          <w:sz w:val="20"/>
        </w:rPr>
        <w:t>Technische Beschreibung der Anlagen und Einrichtungen 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pPr>
              <w:jc w:val="center"/>
            </w:pPr>
            <w:r>
              <w:rPr>
                <w:b/>
              </w:rPr>
              <w:t>Anlage / Einrichtung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</w:rPr>
              <w:t>Typ / Bezeichnung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</w:rPr>
              <w:t>Baujahr / Errichtungsjahr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</w:rPr>
              <w:t>Besondere Merkmale / Zustand</w:t>
            </w:r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</w:tbl>
    <w:p/>
    <w:p/>
    <w:p>
      <w:r>
        <w:rPr>
          <w:b/>
          <w:sz w:val="20"/>
        </w:rPr>
        <w:t>Nutzungs- und Wartungsinformationen :</w:t>
      </w:r>
    </w:p>
    <w:p>
      <w:r>
        <w:rPr>
          <w:b w:val="0"/>
          <w:sz w:val="20"/>
        </w:rPr>
        <w:t>Nutzung der Anlagen : ________________________________________________</w:t>
      </w:r>
    </w:p>
    <w:p>
      <w:r>
        <w:rPr>
          <w:b w:val="0"/>
          <w:sz w:val="20"/>
        </w:rPr>
        <w:t>Regelmäßige Wartung / Inspektionen : _______________________________</w:t>
      </w:r>
    </w:p>
    <w:p>
      <w:r>
        <w:rPr>
          <w:b w:val="0"/>
          <w:sz w:val="20"/>
        </w:rPr>
        <w:t>Letzte Wartung / Prüftermin : _______________________________________</w:t>
      </w:r>
    </w:p>
    <w:p/>
    <w:p>
      <w:r>
        <w:rPr>
          <w:b/>
          <w:sz w:val="20"/>
        </w:rPr>
        <w:t>Haftungsausschluss :</w:t>
      </w:r>
    </w:p>
    <w:p>
      <w:r>
        <w:rPr>
          <w:b w:val="0"/>
          <w:sz w:val="20"/>
        </w:rPr>
        <w:t>Der Eigentümer übernimmt keine Haftung für Schäden, die durch unsachgemäße Nutzung der Anlagen entstehen. Alle Angaben erfolgen nach bestem Wissen, eine Gewähr wird nicht übernommen.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Dieses Anlagenkataster dient als Muster und stellt keine rechtliche Verpflichtung dar. Für die tatsächliche Nutzung sind ggf. weitere Dokumentationen und Prüfungen erforderlich.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EIGENTÜMER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ERSTELLER / PRÜFER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https://musterhero.com/anlagenkataster-muster/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anlagenkataster-muster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