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ANTRAG AUF UNBEZAHLTEN URLAUB</w:t>
      </w:r>
    </w:p>
    <w:p/>
    <w:p>
      <w:r>
        <w:rPr>
          <w:b w:val="0"/>
          <w:sz w:val="20"/>
        </w:rPr>
        <w:t>An</w:t>
      </w:r>
    </w:p>
    <w:p>
      <w:r>
        <w:rPr>
          <w:b w:val="0"/>
          <w:sz w:val="20"/>
        </w:rPr>
        <w:t>Firma: _____________________________________________</w:t>
      </w:r>
    </w:p>
    <w:p>
      <w:r>
        <w:rPr>
          <w:b w:val="0"/>
          <w:sz w:val="20"/>
        </w:rPr>
        <w:t>Abteilung: _________________________________________</w:t>
      </w:r>
    </w:p>
    <w:p>
      <w:r>
        <w:rPr>
          <w:b w:val="0"/>
          <w:sz w:val="20"/>
        </w:rPr>
        <w:t>Adresse: __________________________________________</w:t>
      </w:r>
    </w:p>
    <w:p/>
    <w:p/>
    <w:p>
      <w:r>
        <w:rPr>
          <w:b w:val="0"/>
          <w:sz w:val="20"/>
        </w:rPr>
        <w:t>Von</w:t>
      </w:r>
    </w:p>
    <w:p>
      <w:r>
        <w:rPr>
          <w:b w:val="0"/>
          <w:sz w:val="20"/>
        </w:rPr>
        <w:t>Name, Vorname : ____________________________________</w:t>
      </w:r>
    </w:p>
    <w:p>
      <w:r>
        <w:rPr>
          <w:b w:val="0"/>
          <w:sz w:val="20"/>
        </w:rPr>
        <w:t>Personalnummer : ____________________________________</w:t>
      </w:r>
    </w:p>
    <w:p>
      <w:r>
        <w:rPr>
          <w:b w:val="0"/>
          <w:sz w:val="20"/>
        </w:rPr>
        <w:t>Abteilung : _________________________________________</w:t>
      </w:r>
    </w:p>
    <w:p/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Antrag auf unbezahlten Urlaub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beantrage ich unbezahlten Urlaub für den Zeitraum von</w:t>
      </w:r>
    </w:p>
    <w:p>
      <w:r>
        <w:rPr>
          <w:b w:val="0"/>
          <w:sz w:val="20"/>
        </w:rPr>
        <w:t>_____________________________ bis _____________________________.</w:t>
      </w:r>
    </w:p>
    <w:p/>
    <w:p>
      <w:r>
        <w:rPr>
          <w:b w:val="0"/>
          <w:sz w:val="20"/>
        </w:rPr>
        <w:t>Ich versichere, dass in diesem Zeitraum keine Urlaubsansprüche oder sonstigen</w:t>
      </w:r>
    </w:p>
    <w:p>
      <w:r>
        <w:rPr>
          <w:b w:val="0"/>
          <w:sz w:val="20"/>
        </w:rPr>
        <w:t>Ansprüche auf bezahlte Freistellung bestehen und ich die Arbeitsleistung in</w:t>
      </w:r>
    </w:p>
    <w:p>
      <w:r>
        <w:rPr>
          <w:b w:val="0"/>
          <w:sz w:val="20"/>
        </w:rPr>
        <w:t>dieser Zeit nicht erbringen werde.</w:t>
      </w:r>
    </w:p>
    <w:p/>
    <w:p>
      <w:r>
        <w:rPr>
          <w:b w:val="0"/>
          <w:sz w:val="20"/>
        </w:rPr>
        <w:t>Ich bitte um wohlwollende Prüfung meines Antrags und um schriftliche Bestätigung.</w:t>
      </w:r>
    </w:p>
    <w:p/>
    <w:p/>
    <w:p>
      <w:r>
        <w:rPr>
          <w:b/>
          <w:sz w:val="20"/>
        </w:rPr>
        <w:t>Hinweise gemäß Bundesurlaubsgesetz und §§ 616 BGB:</w:t>
      </w:r>
    </w:p>
    <w:p>
      <w:r>
        <w:rPr>
          <w:b w:val="0"/>
          <w:sz w:val="20"/>
        </w:rPr>
        <w:t>Der unbezahlte Urlaub ist kein gesetzlicher Anspruch und bedarf der Zustimmung</w:t>
      </w:r>
    </w:p>
    <w:p>
      <w:r>
        <w:rPr>
          <w:b w:val="0"/>
          <w:sz w:val="20"/>
        </w:rPr>
        <w:t>des Arbeitgebers. Während des unbezahlten Urlaubs ruht das Arbeitsverhältnis,</w:t>
      </w:r>
    </w:p>
    <w:p>
      <w:r>
        <w:rPr>
          <w:b w:val="0"/>
          <w:sz w:val="20"/>
        </w:rPr>
        <w:t>es besteht kein Anspruch auf Entgeltzahlung. Die Zeit des unbezahlten Urlaubs</w:t>
      </w:r>
    </w:p>
    <w:p>
      <w:r>
        <w:rPr>
          <w:b w:val="0"/>
          <w:sz w:val="20"/>
        </w:rPr>
        <w:t>wird nicht auf die Wartezeit für Entgeltansprüche angerechnet.</w:t>
      </w:r>
    </w:p>
    <w:p/>
    <w:p/>
    <w:p>
      <w:r>
        <w:rPr>
          <w:b w:val="0"/>
          <w:sz w:val="20"/>
        </w:rPr>
        <w:t>Ort : ______________________________________    Datum : 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t>Unterschrift Antragsteller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Name in Druckbuchstaben : 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https://musterhero.com/antrag-unbezahlter-urlaub/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antrag-unbezahlter-urlaub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