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AUFHEBUNGSVERTRAG</w:t>
      </w:r>
    </w:p>
    <w:p/>
    <w:p>
      <w:pPr>
        <w:jc w:val="center"/>
      </w:pPr>
      <w:r>
        <w:rPr>
          <w:b w:val="0"/>
          <w:sz w:val="20"/>
        </w:rPr>
        <w:t>Zwischen</w:t>
      </w:r>
    </w:p>
    <w:p>
      <w:pPr>
        <w:jc w:val="center"/>
      </w:pPr>
      <w:r>
        <w:rPr>
          <w:b/>
          <w:sz w:val="20"/>
        </w:rPr>
        <w:t>Caritasverband [Ort] e.V.</w:t>
      </w:r>
    </w:p>
    <w:p>
      <w:pPr>
        <w:jc w:val="center"/>
      </w:pPr>
      <w:r>
        <w:rPr>
          <w:b w:val="0"/>
          <w:sz w:val="20"/>
        </w:rPr>
        <w:t>vertreten durch den Vorstand</w:t>
      </w:r>
    </w:p>
    <w:p>
      <w:pPr>
        <w:jc w:val="center"/>
      </w:pPr>
      <w:r>
        <w:rPr>
          <w:b w:val="0"/>
          <w:sz w:val="20"/>
        </w:rPr>
        <w:t>– im Folgenden Arbeitgeber genannt –</w:t>
      </w:r>
    </w:p>
    <w:p/>
    <w:p/>
    <w:p>
      <w:pPr>
        <w:jc w:val="center"/>
      </w:pPr>
      <w:r>
        <w:rPr>
          <w:b w:val="0"/>
          <w:sz w:val="20"/>
        </w:rPr>
        <w:t>und</w:t>
      </w:r>
    </w:p>
    <w:p>
      <w:pPr>
        <w:jc w:val="center"/>
      </w:pPr>
      <w:r>
        <w:rPr>
          <w:b/>
          <w:sz w:val="20"/>
        </w:rPr>
        <w:t>Herrn/Frau ___________________________________________________</w:t>
      </w:r>
    </w:p>
    <w:p>
      <w:pPr>
        <w:jc w:val="center"/>
      </w:pPr>
      <w:r>
        <w:rPr>
          <w:b w:val="0"/>
          <w:sz w:val="20"/>
        </w:rPr>
        <w:t>Geburtsdatum: ___________________________</w:t>
      </w:r>
    </w:p>
    <w:p>
      <w:pPr>
        <w:jc w:val="center"/>
      </w:pPr>
      <w:r>
        <w:rPr>
          <w:b w:val="0"/>
          <w:sz w:val="20"/>
        </w:rPr>
        <w:t>– im Folgenden Arbeitnehmer genannt –</w:t>
      </w:r>
    </w:p>
    <w:p/>
    <w:p/>
    <w:p>
      <w:r>
        <w:rPr>
          <w:b/>
          <w:sz w:val="20"/>
        </w:rPr>
        <w:t>Präambel</w:t>
      </w:r>
    </w:p>
    <w:p>
      <w:r>
        <w:rPr>
          <w:b w:val="0"/>
          <w:sz w:val="20"/>
        </w:rPr>
        <w:t>Die Vertragsparteien sind sich einig, das zwischen ihnen bestehende Arbeitsverhältnis in gegenseitigem Einvernehmen aufzuheben.</w:t>
      </w:r>
    </w:p>
    <w:p/>
    <w:p>
      <w:r>
        <w:rPr>
          <w:b/>
          <w:sz w:val="20"/>
        </w:rPr>
        <w:t>§ 1 – Beendigung des Arbeitsverhältnisses</w:t>
      </w:r>
    </w:p>
    <w:p>
      <w:r>
        <w:rPr>
          <w:b w:val="0"/>
          <w:sz w:val="20"/>
        </w:rPr>
        <w:t>Das Arbeitsverhältnis zwischen Arbeitgeber und Arbeitnehmer endet mit Wirkung zum ___________________________.</w:t>
      </w:r>
    </w:p>
    <w:p/>
    <w:p>
      <w:r>
        <w:rPr>
          <w:b/>
          <w:sz w:val="20"/>
        </w:rPr>
        <w:t>§ 2 – Abwicklung</w:t>
      </w:r>
    </w:p>
    <w:p>
      <w:r>
        <w:rPr>
          <w:b w:val="0"/>
          <w:sz w:val="20"/>
        </w:rPr>
        <w:t>Der Arbeitnehmer verpflichtet sich, seine Tätigkeit bis zum Beendigungszeitpunkt ordnungsgemäß auszuüben und alle ihm überlassenen Arbeitsmaterialien zurückzugeben.</w:t>
      </w:r>
    </w:p>
    <w:p/>
    <w:p>
      <w:r>
        <w:rPr>
          <w:b/>
          <w:sz w:val="20"/>
        </w:rPr>
        <w:t>§ 3 – Zeugnis</w:t>
      </w:r>
    </w:p>
    <w:p>
      <w:r>
        <w:rPr>
          <w:b w:val="0"/>
          <w:sz w:val="20"/>
        </w:rPr>
        <w:t>Der Arbeitgeber wird dem Arbeitnehmer ein qualifiziertes Arbeitszeugnis ausstellen, das sich auf Führung und Leistung bezieht.</w:t>
      </w:r>
    </w:p>
    <w:p/>
    <w:p>
      <w:r>
        <w:rPr>
          <w:b/>
          <w:sz w:val="20"/>
        </w:rPr>
        <w:t>§ 4 – Abfindung</w:t>
      </w:r>
    </w:p>
    <w:p>
      <w:r>
        <w:rPr>
          <w:b w:val="0"/>
          <w:sz w:val="20"/>
        </w:rPr>
        <w:t>Eine Abfindung wird nicht gezahlt / Es wird folgende Abfindung gezahlt: ______________________ EUR brutto.</w:t>
      </w:r>
    </w:p>
    <w:p/>
    <w:p>
      <w:r>
        <w:rPr>
          <w:b/>
          <w:sz w:val="20"/>
        </w:rPr>
        <w:t>§ 5 – Schlussbestimmungen</w:t>
      </w:r>
    </w:p>
    <w:p>
      <w:r>
        <w:rPr>
          <w:b w:val="0"/>
          <w:sz w:val="20"/>
        </w:rPr>
        <w:t>Mündliche Nebenabreden bestehen nicht. 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sein,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  <w:br/>
              <w:t>(Caritasverband)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https://musterhero.com/aufhebungsvertrag-caritas/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aufhebungsvertrag-caritas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