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BESCHWERDEBRIEF WEGEN MOBBING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der Einrichtung/Firma : ____________________________________________</w:t>
      </w:r>
    </w:p>
    <w:p>
      <w:r>
        <w:rPr>
          <w:b w:val="0"/>
          <w:sz w:val="20"/>
        </w:rPr>
        <w:t>Abteilung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Beschwerde wegen Mobbing am Arbeitsplatz / in der Einrichtung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 xml:space="preserve">hiermit möchte ich eine formelle Beschwerde wegen wiederholten Mobbing-Verhaltens am Arbeitsplatz/ in der Einrichtung einreichen. </w:t>
      </w:r>
    </w:p>
    <w:p>
      <w:r>
        <w:rPr>
          <w:b w:val="0"/>
          <w:sz w:val="20"/>
        </w:rPr>
        <w:t>Die Vorfälle beeinträchtigen meine Arbeitsfähigkeit und mein Wohlbefinden erheblich.</w:t>
      </w:r>
    </w:p>
    <w:p/>
    <w:p>
      <w:r>
        <w:rPr>
          <w:b/>
          <w:sz w:val="20"/>
        </w:rPr>
        <w:t>Folgende Vorfälle möchte ich besonders hervorheben: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 w:val="0"/>
          <w:sz w:val="20"/>
        </w:rPr>
        <w:t>Trotz meiner Bemühungen, die Situation direkt mit den Beteiligten zu klären, hat sich keine Verbesserung ergeben.</w:t>
      </w:r>
    </w:p>
    <w:p/>
    <w:p>
      <w:r>
        <w:rPr>
          <w:b w:val="0"/>
          <w:sz w:val="20"/>
        </w:rPr>
        <w:t>Ich bitte Sie daher, geeignete Maßnahmen zu ergreifen, um das Mobbing zu unterbinden und für eine respektvolle Arbeitsatmosphäre zu sorgen.</w:t>
      </w:r>
    </w:p>
    <w:p/>
    <w:p>
      <w:r>
        <w:rPr>
          <w:b w:val="0"/>
          <w:sz w:val="20"/>
        </w:rPr>
        <w:t>Ich stehe für ein persönliches Gespräch jederzeit zur Verfügung und erwarte Ihre Rückmeldung.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>
      <w:r>
        <w:rPr>
          <w:b w:val="0"/>
          <w:sz w:val="20"/>
        </w:rPr>
        <w:t>Ort : ___________________________________</w:t>
      </w:r>
    </w:p>
    <w:p>
      <w:r>
        <w:rPr>
          <w:b w:val="0"/>
          <w:sz w:val="20"/>
        </w:rPr>
        <w:t>Datum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Bearbeitet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der Bearbeitung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Name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https://musterhero.com/beschwerdebrief-mobbing-muster/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beschwerdebrief-mobbing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