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BESTÄTIGUNG ÜBER DAS BESTANDEN DER PROBEZEIT</w:t>
      </w:r>
    </w:p>
    <w:p/>
    <w:p>
      <w:r>
        <w:rPr>
          <w:b w:val="0"/>
          <w:sz w:val="20"/>
        </w:rPr>
        <w:t>Hiermit bestätigen wir, dass</w:t>
      </w:r>
    </w:p>
    <w:p/>
    <w:p>
      <w:r>
        <w:rPr>
          <w:b w:val="0"/>
          <w:sz w:val="20"/>
        </w:rPr>
        <w:t>Name des Mitarbeiters : 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Position : ____________________________________________________________</w:t>
      </w:r>
    </w:p>
    <w:p/>
    <w:p>
      <w:r>
        <w:rPr>
          <w:b w:val="0"/>
          <w:sz w:val="20"/>
        </w:rPr>
        <w:t>den Zeitraum der Probezeit in unserem Unternehmen erfolgreich bestanden hat.</w:t>
      </w:r>
    </w:p>
    <w:p/>
    <w:p>
      <w:r>
        <w:rPr>
          <w:b w:val="0"/>
          <w:sz w:val="20"/>
        </w:rPr>
        <w:t>Die Probezeit erstreckte sich über die vertraglich vereinbarte Dauer und wurde ohne Beanstandungen abgeschlossen.</w:t>
      </w:r>
    </w:p>
    <w:p/>
    <w:p>
      <w:r>
        <w:rPr>
          <w:b w:val="0"/>
          <w:sz w:val="20"/>
        </w:rPr>
        <w:t>Mit dieser Bestätigung endet die Probezeit und der Mitarbeiter wird als reguläres Mitglied unseres Teams angesehen.</w:t>
      </w:r>
    </w:p>
    <w:p/>
    <w:p/>
    <w:p>
      <w:r>
        <w:rPr>
          <w:b w:val="0"/>
          <w:sz w:val="20"/>
        </w:rPr>
        <w:t>Ort : 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https://musterhero.com/bestatigung-probezeit-bestanden-vorlage/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bestatigung-probezeit-bestande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