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BETREUUNGSBERICHT</w:t>
      </w:r>
    </w:p>
    <w:p/>
    <w:p/>
    <w:p>
      <w:r>
        <w:rPr>
          <w:b w:val="0"/>
          <w:sz w:val="20"/>
        </w:rPr>
        <w:t>Betreuungszeitraum : ________________________________________________</w:t>
      </w:r>
    </w:p>
    <w:p/>
    <w:p>
      <w:r>
        <w:rPr>
          <w:b/>
          <w:sz w:val="20"/>
        </w:rPr>
        <w:t>Angaben zur betreuten Person 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Geburtsdatum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Pflegestufe / Einstufung : ________________________________________</w:t>
      </w:r>
    </w:p>
    <w:p/>
    <w:p>
      <w:r>
        <w:rPr>
          <w:b/>
          <w:sz w:val="20"/>
        </w:rPr>
        <w:t>Angaben zur betreuenden Person / Einrichtung :</w:t>
      </w:r>
    </w:p>
    <w:p>
      <w:r>
        <w:rPr>
          <w:b w:val="0"/>
          <w:sz w:val="20"/>
        </w:rPr>
        <w:t>Name, Vorname / Einrichtung : 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1. Allgemeiner Gesundheitszustand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2. Beschreibung der erbrachten Betreuungsleistungen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3. Beobachtungen und besondere Vorkommnisse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4. Empfehlungen und Maßnahmen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Betreuende Person / Einrichtung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Betreute Person / gesetzlicher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https://musterhero.com/betreuungsbericht-schreiben-muster/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betreuungsbericht-schreiben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