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VORLAGE FÜR BIOGRAFIEARBEIT</w:t>
      </w:r>
    </w:p>
    <w:p/>
    <w:p>
      <w:r>
        <w:rPr>
          <w:b/>
          <w:sz w:val="20"/>
        </w:rPr>
        <w:t>Persönliche Daten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Geburtsort und -jahr : _______________________________________________</w:t>
      </w:r>
    </w:p>
    <w:p>
      <w:r>
        <w:rPr>
          <w:b w:val="0"/>
          <w:sz w:val="20"/>
        </w:rPr>
        <w:t>Familienstand : ______________________________________________________</w:t>
      </w:r>
    </w:p>
    <w:p>
      <w:r>
        <w:rPr>
          <w:b w:val="0"/>
          <w:sz w:val="20"/>
        </w:rPr>
        <w:t>Adresse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>
      <w:r>
        <w:rPr>
          <w:b w:val="0"/>
          <w:sz w:val="20"/>
        </w:rPr>
        <w:t>E-Mail-Adresse : _____________________________________________________</w:t>
      </w:r>
    </w:p>
    <w:p/>
    <w:p>
      <w:r>
        <w:rPr>
          <w:b/>
          <w:sz w:val="20"/>
        </w:rPr>
        <w:t>Kindheit und Jugend</w:t>
      </w:r>
    </w:p>
    <w:p>
      <w:r>
        <w:rPr>
          <w:b w:val="0"/>
          <w:sz w:val="20"/>
        </w:rPr>
        <w:t>Beschreiben Sie hier Ihre Kindheit und Jugendjahre. Wichtige Ereignisse, besondere Erlebnisse und Erinnerungen.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/>
    <w:p>
      <w:r>
        <w:rPr>
          <w:b/>
          <w:sz w:val="20"/>
        </w:rPr>
        <w:t>Ausbildung und Beruf</w:t>
      </w:r>
    </w:p>
    <w:p>
      <w:r>
        <w:rPr>
          <w:b w:val="0"/>
          <w:sz w:val="20"/>
        </w:rPr>
        <w:t>Beschreiben Sie Ihre schulische und berufliche Ausbildung sowie berufliche Stationen.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/>
    <w:p>
      <w:r>
        <w:rPr>
          <w:b/>
          <w:sz w:val="20"/>
        </w:rPr>
        <w:t>Familie und Beziehungen</w:t>
      </w:r>
    </w:p>
    <w:p>
      <w:r>
        <w:rPr>
          <w:b w:val="0"/>
          <w:sz w:val="20"/>
        </w:rPr>
        <w:t>Informationen zu Ehepartner, Kindern und anderen wichtigen Beziehungen.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/>
    <w:p>
      <w:r>
        <w:rPr>
          <w:b/>
          <w:sz w:val="20"/>
        </w:rPr>
        <w:t>Hobbys und Interessen</w:t>
      </w:r>
    </w:p>
    <w:p>
      <w:r>
        <w:rPr>
          <w:b w:val="0"/>
          <w:sz w:val="20"/>
        </w:rPr>
        <w:t>Beschreiben Sie Ihre Freizeitaktivitäten, Hobbys und Interessen.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/>
    <w:p>
      <w:r>
        <w:rPr>
          <w:b/>
          <w:sz w:val="20"/>
        </w:rPr>
        <w:t>Wichtige Lebensereignisse</w:t>
      </w:r>
    </w:p>
    <w:p>
      <w:r>
        <w:rPr>
          <w:b w:val="0"/>
          <w:sz w:val="20"/>
        </w:rPr>
        <w:t>Nennen Sie besondere Ereignisse, die Ihr Leben geprägt haben.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/>
    <w:p>
      <w:r>
        <w:rPr>
          <w:b/>
          <w:sz w:val="20"/>
        </w:rPr>
        <w:t>Persönliche Werte und Wünsche</w:t>
      </w:r>
    </w:p>
    <w:p>
      <w:r>
        <w:rPr>
          <w:b w:val="0"/>
          <w:sz w:val="20"/>
        </w:rPr>
        <w:t>Welche Werte sind Ihnen wichtig? Welche Wünsche und Ziele haben Sie für die Zukunft?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/>
    <w:p/>
    <w:p>
      <w:r>
        <w:rPr>
          <w:b w:val="0"/>
          <w:sz w:val="20"/>
        </w:rPr>
        <w:t>Ort : ____________________________    Unterschrift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Verfasser/in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Betreuer/in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https://musterhero.com/biografiearbeit-vorlage/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biografiearbeit-vorlage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