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BUCHEMPFEHLUNG</w:t>
      </w:r>
    </w:p>
    <w:p/>
    <w:p>
      <w:r>
        <w:rPr>
          <w:b/>
          <w:sz w:val="20"/>
        </w:rPr>
        <w:t>Empfohlen von :</w:t>
      </w:r>
    </w:p>
    <w:p>
      <w:r>
        <w:rPr>
          <w:b w:val="0"/>
          <w:sz w:val="20"/>
        </w:rPr>
        <w:t>Name : __________________________________________________________</w:t>
      </w:r>
    </w:p>
    <w:p>
      <w:r>
        <w:rPr>
          <w:b w:val="0"/>
          <w:sz w:val="20"/>
        </w:rPr>
        <w:t>Position/Funktion : _______________________________________________</w:t>
      </w:r>
    </w:p>
    <w:p>
      <w:r>
        <w:rPr>
          <w:b w:val="0"/>
          <w:sz w:val="20"/>
        </w:rPr>
        <w:t>Kontakt : ________________________________________________________</w:t>
      </w:r>
    </w:p>
    <w:p/>
    <w:p>
      <w:r>
        <w:rPr>
          <w:b/>
          <w:sz w:val="20"/>
        </w:rPr>
        <w:t>Empfänger :</w:t>
      </w:r>
    </w:p>
    <w:p>
      <w:r>
        <w:rPr>
          <w:b w:val="0"/>
          <w:sz w:val="20"/>
        </w:rPr>
        <w:t>Name : __________________________________________________________</w:t>
      </w:r>
    </w:p>
    <w:p>
      <w:r>
        <w:rPr>
          <w:b w:val="0"/>
          <w:sz w:val="20"/>
        </w:rPr>
        <w:t>Adresse : ________________________________________________________</w:t>
      </w:r>
    </w:p>
    <w:p>
      <w:r>
        <w:rPr>
          <w:b w:val="0"/>
          <w:sz w:val="20"/>
        </w:rPr>
        <w:t>Telefonnummer : _________________________________________________</w:t>
      </w:r>
    </w:p>
    <w:p/>
    <w:p>
      <w:r>
        <w:rPr>
          <w:b/>
          <w:sz w:val="20"/>
        </w:rPr>
        <w:t>Buchdetails :</w:t>
      </w:r>
    </w:p>
    <w:p>
      <w:r>
        <w:rPr>
          <w:b w:val="0"/>
          <w:sz w:val="20"/>
        </w:rPr>
        <w:t>Titel : ___________________________________________________________</w:t>
      </w:r>
    </w:p>
    <w:p>
      <w:r>
        <w:rPr>
          <w:b w:val="0"/>
          <w:sz w:val="20"/>
        </w:rPr>
        <w:t>Autor : ___________________________________________________________</w:t>
      </w:r>
    </w:p>
    <w:p>
      <w:r>
        <w:rPr>
          <w:b w:val="0"/>
          <w:sz w:val="20"/>
        </w:rPr>
        <w:t>Verlag : __________________________________________________________</w:t>
      </w:r>
    </w:p>
    <w:p>
      <w:r>
        <w:rPr>
          <w:b w:val="0"/>
          <w:sz w:val="20"/>
        </w:rPr>
        <w:t>ISBN : ____________________________________________________________</w:t>
      </w:r>
    </w:p>
    <w:p>
      <w:r>
        <w:rPr>
          <w:b w:val="0"/>
          <w:sz w:val="20"/>
        </w:rPr>
        <w:t>Erscheinungsjahr : ________________________________________________</w:t>
      </w:r>
    </w:p>
    <w:p/>
    <w:p>
      <w:r>
        <w:rPr>
          <w:b/>
          <w:sz w:val="20"/>
        </w:rPr>
        <w:t>Empfehlung :</w:t>
      </w:r>
    </w:p>
    <w:p>
      <w:r>
        <w:rPr>
          <w:b w:val="0"/>
          <w:sz w:val="20"/>
        </w:rPr>
        <w:t>Hiermit empfehle ich das oben genannte Buch ausdrücklich. Es eignet sich besonders für Leser, die Interesse an den Themen haben, die im Buch behandelt werden. Die Inhalte sind fundiert und praxisnah dargestellt. Das Buch wird uneingeschränkt empfohlen.</w:t>
      </w:r>
    </w:p>
    <w:p/>
    <w:p>
      <w:r>
        <w:rPr>
          <w:b/>
          <w:sz w:val="20"/>
        </w:rPr>
        <w:t>Verwendungszweck :</w:t>
      </w:r>
    </w:p>
    <w:p>
      <w:r>
        <w:rPr>
          <w:b w:val="0"/>
          <w:sz w:val="20"/>
        </w:rPr>
        <w:t>Diese Empfehlung dient der Unterstützung bei der Auswahl von Fachliteratur und kann in Ausbildung, Studium oder beruflicher Weiterbildung eingesetzt werden.</w:t>
      </w:r>
    </w:p>
    <w:p/>
    <w:p>
      <w:r>
        <w:rPr>
          <w:b/>
          <w:sz w:val="20"/>
        </w:rPr>
        <w:t>Haftungsausschluss :</w:t>
      </w:r>
    </w:p>
    <w:p>
      <w:r>
        <w:rPr>
          <w:b w:val="0"/>
          <w:sz w:val="20"/>
        </w:rPr>
        <w:t>Diese Buchempfehlung stellt lediglich eine persönliche Stellungnahme dar. Für die Auswahl und Verwendung des Buches übernimmt der Empfänger die Verantwortung. Es bestehen keine vertraglichen Ansprüche aus dieser Empfehlung.</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EMPFEHLENDER</w:t>
            </w:r>
          </w:p>
        </w:tc>
        <w:tc>
          <w:tcPr>
            <w:tcW w:type="dxa" w:w="4986"/>
            <w:tcBorders>
              <w:top w:val="nil"/>
              <w:left w:val="nil"/>
              <w:bottom w:val="nil"/>
              <w:right w:val="nil"/>
              <w:insideH w:val="nil"/>
              <w:insideV w:val="nil"/>
            </w:tcBorders>
          </w:tcPr>
          <w:p>
            <w:pPr>
              <w:jc w:val="center"/>
            </w:pPr>
            <w:r>
              <w:t>EMPFÄNGER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https://musterhero.com/buchempfehlung-schreiben/</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https://musterhero.com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musterhero.com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hero.com/buchempfehlung-schreiben/" TargetMode="External"/><Relationship Id="rId10" Type="http://schemas.openxmlformats.org/officeDocument/2006/relationships/hyperlink" Target="https://musterhe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