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DEBEKA VOLLMAHT</w:t>
      </w:r>
    </w:p>
    <w:p/>
    <w:p>
      <w:r>
        <w:rPr>
          <w:b/>
          <w:sz w:val="20"/>
        </w:rPr>
        <w:t>Angaben des Vollmachtgebers :</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w:t>
      </w:r>
    </w:p>
    <w:p/>
    <w:p>
      <w:r>
        <w:rPr>
          <w:b/>
          <w:sz w:val="20"/>
        </w:rPr>
        <w:t>Angaben des Bevollmächtigten :</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w:t>
      </w:r>
    </w:p>
    <w:p/>
    <w:p>
      <w:r>
        <w:rPr>
          <w:b/>
          <w:sz w:val="20"/>
        </w:rPr>
        <w:t>Vollmachtserteilung :</w:t>
      </w:r>
    </w:p>
    <w:p>
      <w:r>
        <w:rPr>
          <w:b w:val="0"/>
          <w:sz w:val="20"/>
        </w:rPr>
        <w:t>Hiermit erteile ich dem Bevollmächtigten die Vollmacht, mich gegenüber der Debeka Versicherungsgruppe in allen Angelegenheiten zu vertreten. Dies umfasst insbesondere die Berechtigung, Auskünfte einzuholen, Anträge zu stellen, Verträge abzuschließen, zu ändern oder zu kündigen sowie alle sonstigen notwendigen Handlungen im Zusammenhang mit meinen Versicherungsverträgen vorzunehmen.</w:t>
      </w:r>
    </w:p>
    <w:p/>
    <w:p>
      <w:r>
        <w:rPr>
          <w:b/>
          <w:sz w:val="20"/>
        </w:rPr>
        <w:t>Einschränkungen der Vollmacht :</w:t>
      </w:r>
    </w:p>
    <w:p>
      <w:r>
        <w:rPr>
          <w:b w:val="0"/>
          <w:sz w:val="20"/>
        </w:rPr>
        <w:t>Diese Vollmacht gilt ausschließlich für die Angelegenheiten mit der Debeka Versicherungsgruppe und umfasst keine Vertretung in Rechtsstreitigkeiten oder gegenüber anderen Versicherungen.</w:t>
      </w:r>
    </w:p>
    <w:p/>
    <w:p>
      <w:r>
        <w:rPr>
          <w:b/>
          <w:sz w:val="20"/>
        </w:rPr>
        <w:t>Widerruf :</w:t>
      </w:r>
    </w:p>
    <w:p>
      <w:r>
        <w:rPr>
          <w:b w:val="0"/>
          <w:sz w:val="20"/>
        </w:rPr>
        <w:t>Die Vollmacht kann jederzeit schriftlich widerrufen werden. Der Widerruf wird mit Zugang bei der Debeka Wirksamkeit erlangen.</w:t>
      </w:r>
    </w:p>
    <w:p/>
    <w:p>
      <w:r>
        <w:rPr>
          <w:b/>
          <w:sz w:val="20"/>
        </w:rPr>
        <w:t>§ 1 – Geltungsbereich der Vollmacht</w:t>
      </w:r>
    </w:p>
    <w:p>
      <w:r>
        <w:rPr>
          <w:b w:val="0"/>
          <w:sz w:val="20"/>
        </w:rPr>
        <w:t>Diese Vollmacht gilt ausschließlich für den Umgang mit der Debeka Versicherungsgruppe und den damit zusammenhängenden Versicherungsverträgen und Angelegenheiten.</w:t>
      </w:r>
    </w:p>
    <w:p/>
    <w:p>
      <w:r>
        <w:rPr>
          <w:b/>
          <w:sz w:val="20"/>
        </w:rPr>
        <w:t>§ 2 – Haftung</w:t>
      </w:r>
    </w:p>
    <w:p>
      <w:r>
        <w:rPr>
          <w:b w:val="0"/>
          <w:sz w:val="20"/>
        </w:rPr>
        <w:t>Der Vollmachtgeber stellt den Bevollmächtigten von allen Haftungsansprüchen frei, die aus rechtmäßiger Ausübung dieser Vollmacht entstehen.</w:t>
      </w:r>
    </w:p>
    <w:p/>
    <w:p>
      <w:r>
        <w:rPr>
          <w:b/>
          <w:sz w:val="20"/>
        </w:rPr>
        <w:t>§ 3 – Datenschutz</w:t>
      </w:r>
    </w:p>
    <w:p>
      <w:r>
        <w:rPr>
          <w:b w:val="0"/>
          <w:sz w:val="20"/>
        </w:rPr>
        <w:t>Der Bevollmächtigte ist berechtigt, personenbezogene Daten des Vollmachtgebers im Rahmen der Vollmacht zu verarbeiten und weiterzugeben, soweit dies für die Ausübung der Vollmacht erforderlich ist.</w:t>
      </w:r>
    </w:p>
    <w:p/>
    <w:p/>
    <w:p>
      <w:r>
        <w:rPr>
          <w:b w:val="0"/>
          <w:sz w:val="20"/>
        </w:rPr>
        <w:t>Ort : ________________________________________________</w:t>
      </w:r>
    </w:p>
    <w:p>
      <w:r>
        <w:rPr>
          <w:b w:val="0"/>
          <w:sz w:val="20"/>
        </w:rPr>
        <w:t>Unterschrift Vollmachtgeber : _________________________</w:t>
      </w:r>
    </w:p>
    <w:p/>
    <w:p/>
    <w:p>
      <w:r>
        <w:rPr>
          <w:b w:val="0"/>
          <w:sz w:val="20"/>
        </w:rPr>
        <w:t>Unterschrift Bevollmächtigter : 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Datum der Übergabe</w:t>
            </w:r>
          </w:p>
        </w:tc>
        <w:tc>
          <w:tcPr>
            <w:tcW w:type="dxa" w:w="4986"/>
            <w:tcBorders>
              <w:top w:val="nil"/>
              <w:left w:val="nil"/>
              <w:bottom w:val="nil"/>
              <w:right w:val="nil"/>
              <w:insideH w:val="nil"/>
              <w:insideV w:val="nil"/>
            </w:tcBorders>
          </w:tcPr>
          <w:p>
            <w:pPr>
              <w:jc w:val="center"/>
            </w:pPr>
            <w:r>
              <w:t>Unterschrift Debeka</w:t>
            </w:r>
          </w:p>
        </w:tc>
      </w:tr>
      <w:tr>
        <w:tc>
          <w:tcPr>
            <w:tcW w:type="dxa" w:w="4986"/>
            <w:tcBorders>
              <w:top w:val="nil"/>
              <w:left w:val="nil"/>
              <w:bottom w:val="nil"/>
              <w:right w:val="nil"/>
              <w:insideH w:val="nil"/>
              <w:insideV w:val="nil"/>
            </w:tcBorders>
          </w:tcPr>
          <w:p>
            <w:pPr>
              <w:jc w:val="center"/>
            </w:pPr>
            <w:r>
              <w:t>__________________________</w:t>
            </w:r>
          </w:p>
        </w:tc>
        <w:tc>
          <w:tcPr>
            <w:tcW w:type="dxa" w:w="4986"/>
            <w:tcBorders>
              <w:top w:val="nil"/>
              <w:left w:val="nil"/>
              <w:bottom w:val="nil"/>
              <w:right w:val="nil"/>
              <w:insideH w:val="nil"/>
              <w:insideV w:val="nil"/>
            </w:tcBorders>
          </w:tcPr>
          <w:p>
            <w:pPr>
              <w:jc w:val="center"/>
            </w:pPr>
            <w:r>
              <w:t>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https://musterhero.com/debeka-vollmacht/</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https://musterhero.com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musterhero.com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hero.com/debeka-vollmacht/" TargetMode="External"/><Relationship Id="rId10" Type="http://schemas.openxmlformats.org/officeDocument/2006/relationships/hyperlink" Target="https://musterhe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