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KÜNDIGUNGSVORLAGE DVAG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Straße, Hausnummer : ________________________________________________</w:t>
      </w:r>
    </w:p>
    <w:p>
      <w:r>
        <w:rPr>
          <w:b w:val="0"/>
          <w:sz w:val="20"/>
        </w:rPr>
        <w:t>PLZ, Ort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Deutsche Vermögensberatung AG</w:t>
      </w:r>
    </w:p>
    <w:p>
      <w:r>
        <w:rPr>
          <w:b w:val="0"/>
          <w:sz w:val="20"/>
        </w:rPr>
        <w:t>Adenauerring 7</w:t>
      </w:r>
    </w:p>
    <w:p>
      <w:r>
        <w:rPr>
          <w:b w:val="0"/>
          <w:sz w:val="20"/>
        </w:rPr>
        <w:t>81737 München</w:t>
      </w:r>
    </w:p>
    <w:p/>
    <w:p>
      <w:r>
        <w:rPr>
          <w:b/>
          <w:sz w:val="20"/>
        </w:rPr>
        <w:t>Betreff: Kündigung meines Vertrags mit der DVAG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meinen Vertrag mit der Deutschen Vermögensberatung AG fristgerecht und ordentlich zum nächstmöglichen Zeitpunkt.</w:t>
      </w:r>
    </w:p>
    <w:p/>
    <w:p>
      <w:r>
        <w:rPr>
          <w:b w:val="0"/>
          <w:sz w:val="20"/>
        </w:rPr>
        <w:t>Bitte bestätigen Sie mir den Erhalt dieser Kündigung sowie das Vertragsende schriftlich.</w:t>
      </w:r>
    </w:p>
    <w:p/>
    <w:p>
      <w:r>
        <w:rPr>
          <w:b w:val="0"/>
          <w:sz w:val="20"/>
        </w:rPr>
        <w:t>Ich bitte Sie ferner, mir keine weiteren Werbematerialien oder Angebote nach Beendigung des Vertrags zuzusenden.</w:t>
      </w:r>
    </w:p>
    <w:p/>
    <w:p/>
    <w:p>
      <w:r>
        <w:rPr>
          <w:b w:val="0"/>
          <w:sz w:val="20"/>
        </w:rPr>
        <w:t>Ort : _____________________________________</w:t>
      </w:r>
    </w:p>
    <w:p>
      <w:r>
        <w:rPr>
          <w:b w:val="0"/>
          <w:sz w:val="20"/>
        </w:rPr>
        <w:t>Datum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Unterschrift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https://musterhero.com/dvag-kundigung-vorlage/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dvag-kundigung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