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EHRENERKLÄRUNG</w:t>
      </w:r>
    </w:p>
    <w:p/>
    <w:p>
      <w:r>
        <w:rPr>
          <w:b w:val="0"/>
          <w:sz w:val="20"/>
        </w:rPr>
        <w:t>Hiermit erkläre ich,</w:t>
      </w:r>
    </w:p>
    <w:p>
      <w:r>
        <w:rPr>
          <w:b w:val="0"/>
          <w:sz w:val="20"/>
        </w:rPr>
        <w:t>Vor- und Nachname : _______________________________________________</w:t>
      </w:r>
    </w:p>
    <w:p>
      <w:r>
        <w:rPr>
          <w:b w:val="0"/>
          <w:sz w:val="20"/>
        </w:rPr>
        <w:t>Geburtsdatum : _____________________________________________________</w:t>
      </w:r>
    </w:p>
    <w:p>
      <w:r>
        <w:rPr>
          <w:b w:val="0"/>
          <w:sz w:val="20"/>
        </w:rPr>
        <w:t>Anschrift : _________________________________________________________</w:t>
      </w:r>
    </w:p>
    <w:p/>
    <w:p>
      <w:r>
        <w:rPr>
          <w:b/>
          <w:sz w:val="20"/>
        </w:rPr>
        <w:t>ausdrücklich und nach bestem Wissen und Gewissen Folgendes:</w:t>
      </w:r>
    </w:p>
    <w:p/>
    <w:p>
      <w:r>
        <w:rPr>
          <w:b w:val="0"/>
          <w:sz w:val="20"/>
        </w:rPr>
        <w:t>1. Ich verzichte auf jegliche Ansprüche gegenüber Dritten, die im Zusammenhang mit meiner Tätigkeit stehen.</w:t>
      </w:r>
    </w:p>
    <w:p>
      <w:r>
        <w:rPr>
          <w:b w:val="0"/>
          <w:sz w:val="20"/>
        </w:rPr>
        <w:t>2. Ich habe keine strafrechtlichen Verurteilungen, die meine Berufsausübung beeinträchtigen könnten.</w:t>
      </w:r>
    </w:p>
    <w:p>
      <w:r>
        <w:rPr>
          <w:b w:val="0"/>
          <w:sz w:val="20"/>
        </w:rPr>
        <w:t>3. Ich versichere, dass alle Angaben wahrheitsgemäß und vollständig sind.</w:t>
      </w:r>
    </w:p>
    <w:p>
      <w:r>
        <w:rPr>
          <w:b w:val="0"/>
          <w:sz w:val="20"/>
        </w:rPr>
        <w:t>4. Ich übernehme die volle Verantwortung für die Richtigkeit dieser Erklärung und bin mir der rechtlichen Folgen falscher Angaben bewusst.</w:t>
      </w:r>
    </w:p>
    <w:p/>
    <w:p>
      <w:r>
        <w:rPr>
          <w:b w:val="0"/>
          <w:sz w:val="20"/>
        </w:rPr>
        <w:t>Diese Erklärung erfolgt freiwillig und ohne Zwang.</w:t>
      </w:r>
    </w:p>
    <w:p/>
    <w:p/>
    <w:p>
      <w:r>
        <w:rPr>
          <w:b w:val="0"/>
          <w:sz w:val="20"/>
        </w:rPr>
        <w:t>Ort : _________________________________________________</w:t>
      </w:r>
    </w:p>
    <w:p>
      <w:r>
        <w:rPr>
          <w:b w:val="0"/>
          <w:sz w:val="20"/>
        </w:rPr>
        <w:t>Unterschrift : __________________________________________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Erklärender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Zeuge (optional)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https://musterhero.com/ehrenerklarung-vorlage/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https://musterhero.com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musterhero.com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usterhero.com/ehrenerklarung-vorlage/" TargetMode="External"/><Relationship Id="rId10" Type="http://schemas.openxmlformats.org/officeDocument/2006/relationships/hyperlink" Target="https://musterher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