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EMPFEHLUNGSSCHREIBEN FÜR MIETER</w:t>
      </w:r>
    </w:p>
    <w:p/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Mieters:</w:t>
      </w:r>
    </w:p>
    <w:p>
      <w:r>
        <w:rPr>
          <w:b w:val="0"/>
          <w:sz w:val="20"/>
        </w:rPr>
        <w:t>Vor- und Nachname : __________________________________________________</w:t>
      </w:r>
    </w:p>
    <w:p>
      <w:r>
        <w:rPr>
          <w:b w:val="0"/>
          <w:sz w:val="20"/>
        </w:rPr>
        <w:t>Anschrift des derzeitigen Mietobjektes : 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Beschreibung des Mietverhältnisses:</w:t>
      </w:r>
    </w:p>
    <w:p>
      <w:r>
        <w:rPr>
          <w:b w:val="0"/>
          <w:sz w:val="20"/>
        </w:rPr>
        <w:t>Der Mieter bewohnt die oben genannte Wohnung seit __________ Monaten/Jahren.</w:t>
      </w:r>
    </w:p>
    <w:p>
      <w:r>
        <w:rPr>
          <w:b w:val="0"/>
          <w:sz w:val="20"/>
        </w:rPr>
        <w:t>Das Mietverhältnis wurde stets vertragsgerecht und ordnungsgemäß erfüllt.</w:t>
      </w:r>
    </w:p>
    <w:p>
      <w:r>
        <w:rPr>
          <w:b w:val="0"/>
          <w:sz w:val="20"/>
        </w:rPr>
        <w:t>Der Mieter hat die Miete stets pünktlich und vollständig gezahlt.</w:t>
      </w:r>
    </w:p>
    <w:p>
      <w:r>
        <w:rPr>
          <w:b w:val="0"/>
          <w:sz w:val="20"/>
        </w:rPr>
        <w:t>Das Mietobjekt wurde pfleglich behandelt und keine vertragswidrigen Aktivitäten wurden festgestellt.</w:t>
      </w:r>
    </w:p>
    <w:p/>
    <w:p>
      <w:r>
        <w:rPr>
          <w:b/>
          <w:sz w:val="20"/>
        </w:rPr>
        <w:t>Empfehlung:</w:t>
      </w:r>
    </w:p>
    <w:p>
      <w:r>
        <w:rPr>
          <w:b w:val="0"/>
          <w:sz w:val="20"/>
        </w:rPr>
        <w:t>Aus den genannten Gründen kann der Mieter ohne Einschränkungen als zuverlässiger und vertrauenswürdiger Mieter empfohlen werden.</w:t>
      </w:r>
    </w:p>
    <w:p>
      <w:r>
        <w:rPr>
          <w:b w:val="0"/>
          <w:sz w:val="20"/>
        </w:rPr>
        <w:t>Dieses Empfehlungsschreiben dient als Nachweis der positiven Mietersituation und kann bei künftigen Vermietungen vorgelegt werden.</w:t>
      </w:r>
    </w:p>
    <w:p/>
    <w:p/>
    <w:p>
      <w:r>
        <w:rPr>
          <w:b w:val="0"/>
          <w:sz w:val="20"/>
        </w:rPr>
        <w:t>Ort : ____________________________    Unterschrift Vermieter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https://musterhero.com/empfehlungsschreiben-mieter/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mpfehlungsschreiben-mie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