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ENTGELTAUFSTELLUNG (MUSTER)</w:t>
      </w:r>
    </w:p>
    <w:p/>
    <w:p>
      <w:r>
        <w:rPr>
          <w:b/>
          <w:sz w:val="20"/>
        </w:rPr>
        <w:t>Angaben zum Auftraggeber:</w:t>
      </w:r>
    </w:p>
    <w:p>
      <w:r>
        <w:rPr>
          <w:b w:val="0"/>
          <w:sz w:val="20"/>
        </w:rPr>
        <w:t>Name / Firma : ________________________________________________</w:t>
      </w:r>
    </w:p>
    <w:p>
      <w:r>
        <w:rPr>
          <w:b w:val="0"/>
          <w:sz w:val="20"/>
        </w:rPr>
        <w:t>Anschrift : _________________________________________________</w:t>
      </w:r>
    </w:p>
    <w:p>
      <w:r>
        <w:rPr>
          <w:b w:val="0"/>
          <w:sz w:val="20"/>
        </w:rPr>
        <w:t>Telefonnummer : _____________________________________________</w:t>
      </w:r>
    </w:p>
    <w:p/>
    <w:p>
      <w:r>
        <w:rPr>
          <w:b/>
          <w:sz w:val="20"/>
        </w:rPr>
        <w:t>Angaben zum Auftragnehmer:</w:t>
      </w:r>
    </w:p>
    <w:p>
      <w:r>
        <w:rPr>
          <w:b w:val="0"/>
          <w:sz w:val="20"/>
        </w:rPr>
        <w:t>Name / Firma : ________________________________________________</w:t>
      </w:r>
    </w:p>
    <w:p>
      <w:r>
        <w:rPr>
          <w:b w:val="0"/>
          <w:sz w:val="20"/>
        </w:rPr>
        <w:t>Anschrift : _________________________________________________</w:t>
      </w:r>
    </w:p>
    <w:p>
      <w:r>
        <w:rPr>
          <w:b w:val="0"/>
          <w:sz w:val="20"/>
        </w:rPr>
        <w:t>Telefonnummer : _____________________________________________</w:t>
      </w:r>
    </w:p>
    <w:p/>
    <w:p>
      <w:r>
        <w:rPr>
          <w:b/>
          <w:sz w:val="20"/>
        </w:rPr>
        <w:t>Leistungsbeschreibung:</w:t>
      </w:r>
    </w:p>
    <w:p>
      <w:r>
        <w:rPr>
          <w:b w:val="0"/>
          <w:sz w:val="20"/>
        </w:rPr>
        <w:t>Beschreibung der erbrachten Leistungen : _____________________________________________________</w:t>
      </w:r>
    </w:p>
    <w:p>
      <w:r>
        <w:rPr>
          <w:b w:val="0"/>
          <w:sz w:val="20"/>
        </w:rPr>
        <w:t>Zeitraum / Leistungszeitraum : _________________________________________________________________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t>Leistungsart</w:t>
            </w:r>
          </w:p>
        </w:tc>
        <w:tc>
          <w:tcPr>
            <w:tcW w:type="dxa" w:w="2493"/>
          </w:tcPr>
          <w:p>
            <w:r>
              <w:t>Menge</w:t>
            </w:r>
          </w:p>
        </w:tc>
        <w:tc>
          <w:tcPr>
            <w:tcW w:type="dxa" w:w="2493"/>
          </w:tcPr>
          <w:p>
            <w:r>
              <w:t>Einzelpreis (EUR)</w:t>
            </w:r>
          </w:p>
        </w:tc>
        <w:tc>
          <w:tcPr>
            <w:tcW w:type="dxa" w:w="2493"/>
          </w:tcPr>
          <w:p>
            <w:r>
              <w:t>Gesamtpreis (EUR)</w:t>
            </w:r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</w:tbl>
    <w:p/>
    <w:p>
      <w:r>
        <w:rPr>
          <w:b/>
          <w:sz w:val="20"/>
        </w:rPr>
        <w:t>Gesamtbetrag (EUR) : _________________________________</w:t>
      </w:r>
    </w:p>
    <w:p/>
    <w:p>
      <w:r>
        <w:rPr>
          <w:b/>
          <w:sz w:val="20"/>
        </w:rPr>
        <w:t>Zahlungsbedingungen:</w:t>
      </w:r>
    </w:p>
    <w:p>
      <w:r>
        <w:rPr>
          <w:b w:val="0"/>
          <w:sz w:val="20"/>
        </w:rPr>
        <w:t>Die Zahlung erfolgt innerhalb von _______ Tagen nach Rechnungsdatum ohne Abzug.</w:t>
      </w:r>
    </w:p>
    <w:p/>
    <w:p>
      <w:r>
        <w:rPr>
          <w:b/>
          <w:sz w:val="20"/>
        </w:rPr>
        <w:t>Bankverbindung des Auftragnehmers:</w:t>
      </w:r>
    </w:p>
    <w:p>
      <w:r>
        <w:rPr>
          <w:b w:val="0"/>
          <w:sz w:val="20"/>
        </w:rPr>
        <w:t>Kontoinhaber : ___________________________________________</w:t>
      </w:r>
    </w:p>
    <w:p>
      <w:r>
        <w:rPr>
          <w:b w:val="0"/>
          <w:sz w:val="20"/>
        </w:rPr>
        <w:t>IBAN : ____________________________________________________</w:t>
      </w:r>
    </w:p>
    <w:p>
      <w:r>
        <w:rPr>
          <w:b w:val="0"/>
          <w:sz w:val="20"/>
        </w:rPr>
        <w:t>BIC : _____________________________________________________</w:t>
      </w:r>
    </w:p>
    <w:p/>
    <w:p>
      <w:r>
        <w:rPr>
          <w:b/>
          <w:sz w:val="20"/>
        </w:rPr>
        <w:t>Hinweis:</w:t>
      </w:r>
    </w:p>
    <w:p>
      <w:r>
        <w:rPr>
          <w:b w:val="0"/>
          <w:sz w:val="20"/>
        </w:rPr>
        <w:t>Diese Entgeltaufstellung dient als Muster. Rechtliche Ansprüche ergeben sich nur aus schriftlich vereinbarten Verträgen.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https://musterhero.com/entgeltaufstellung-muster/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entgeltaufstellung-muster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