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FACHUNTERNEHMERERKLÄRUNG TROCKENBAU KNAUF</w:t>
      </w:r>
    </w:p>
    <w:p/>
    <w:p>
      <w:r>
        <w:rPr>
          <w:b/>
          <w:sz w:val="20"/>
        </w:rPr>
        <w:t>Angaben zum Auftraggeber:</w:t>
      </w:r>
    </w:p>
    <w:p>
      <w:r>
        <w:rPr>
          <w:b w:val="0"/>
          <w:sz w:val="20"/>
        </w:rPr>
        <w:t>Name / Firma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/>
    <w:p>
      <w:r>
        <w:rPr>
          <w:b/>
          <w:sz w:val="20"/>
        </w:rPr>
        <w:t>Angaben zum Fachunternehmer:</w:t>
      </w:r>
    </w:p>
    <w:p>
      <w:r>
        <w:rPr>
          <w:b w:val="0"/>
          <w:sz w:val="20"/>
        </w:rPr>
        <w:t>Name / Firma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Handwerkskammer / Zulassungs-Nr. : 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/>
    <w:p>
      <w:r>
        <w:rPr>
          <w:b/>
          <w:sz w:val="20"/>
        </w:rPr>
        <w:t>Angaben zum Bauvorhaben:</w:t>
      </w:r>
    </w:p>
    <w:p>
      <w:r>
        <w:rPr>
          <w:b w:val="0"/>
          <w:sz w:val="20"/>
        </w:rPr>
        <w:t>Objektbezeichnung : _____________________________________________________</w:t>
      </w:r>
    </w:p>
    <w:p>
      <w:r>
        <w:rPr>
          <w:b w:val="0"/>
          <w:sz w:val="20"/>
        </w:rPr>
        <w:t>Bauort : _________________________________________________________________</w:t>
      </w:r>
    </w:p>
    <w:p>
      <w:r>
        <w:rPr>
          <w:b w:val="0"/>
          <w:sz w:val="20"/>
        </w:rPr>
        <w:t>Beschreibung der Trockenbauarbeiten : 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ERKLÄRUNG DES FACHUNTERNEHMERS</w:t>
      </w:r>
    </w:p>
    <w:p>
      <w:r>
        <w:rPr>
          <w:b w:val="0"/>
          <w:sz w:val="20"/>
        </w:rPr>
        <w:t>Hiermit erklärt der Unterzeichner als Fachunternehmer, dass die genannten Trockenbauarbeiten nach den gültigen technischen Regeln, den Herstellerangaben von Knauf sowie den allgemein anerkannten Regeln der Technik ausgeführt werden.</w:t>
      </w:r>
    </w:p>
    <w:p/>
    <w:p>
      <w:r>
        <w:rPr>
          <w:b w:val="0"/>
          <w:sz w:val="20"/>
        </w:rPr>
        <w:t>Der Fachunternehmer bestätigt, dass er über die notwendige Fachkunde, Ausrüstung und Personal verfügt, um die Arbeiten fachgerecht und ordnungsgemäß auszuführen.</w:t>
      </w:r>
    </w:p>
    <w:p/>
    <w:p>
      <w:r>
        <w:rPr>
          <w:b w:val="0"/>
          <w:sz w:val="20"/>
        </w:rPr>
        <w:t>Alle verwendeten Materialien entsprechen den geltenden Qualitätsanforderungen und sind für die geplanten Anwendungen zugelassen.</w:t>
      </w:r>
    </w:p>
    <w:p/>
    <w:p>
      <w:r>
        <w:rPr>
          <w:b w:val="0"/>
          <w:sz w:val="20"/>
        </w:rPr>
        <w:t>Der Fachunternehmer verpflichtet sich, die Arbeiten unter Einhaltung der einschlägigen Vorschriften, insbesondere der Bauordnungen und Arbeitsschutzbestimmungen, durchzuführen.</w:t>
      </w:r>
    </w:p>
    <w:p/>
    <w:p>
      <w:r>
        <w:rPr>
          <w:b/>
          <w:sz w:val="20"/>
        </w:rPr>
        <w:t>HAFTUNG UND HAFTUNGSAUSSCHLUSS</w:t>
      </w:r>
    </w:p>
    <w:p>
      <w:r>
        <w:rPr>
          <w:b w:val="0"/>
          <w:sz w:val="20"/>
        </w:rPr>
        <w:t>Der Fachunternehmer haftet für die ordnungsgemäße Ausführung der von ihm übernommenen Leistungen nach den gesetzlichen Bestimmungen.</w:t>
      </w:r>
    </w:p>
    <w:p>
      <w:r>
        <w:rPr>
          <w:b w:val="0"/>
          <w:sz w:val="20"/>
        </w:rPr>
        <w:t>Eine weitergehende Haftung, insbesondere für Folgeschäden, ist ausgeschlossen, soweit gesetzlich zulässig.</w:t>
      </w:r>
    </w:p>
    <w:p/>
    <w:p>
      <w:r>
        <w:rPr>
          <w:b/>
          <w:sz w:val="20"/>
        </w:rPr>
        <w:t>ABNAHME DER ARBEITEN</w:t>
      </w:r>
    </w:p>
    <w:p>
      <w:r>
        <w:rPr>
          <w:b w:val="0"/>
          <w:sz w:val="20"/>
        </w:rPr>
        <w:t>Die Abnahme der ausgeführten Arbeiten erfolgt nach Fertigstellung durch den Auftraggeber oder dessen Beauftragte.</w:t>
      </w:r>
    </w:p>
    <w:p>
      <w:r>
        <w:rPr>
          <w:b w:val="0"/>
          <w:sz w:val="20"/>
        </w:rPr>
        <w:t>Mängel sind unverzüglich schriftlich anzuzeigen, damit eine Nachbesserung erfolgen kann.</w:t>
      </w:r>
    </w:p>
    <w:p/>
    <w:p>
      <w:r>
        <w:rPr>
          <w:b w:val="0"/>
          <w:sz w:val="20"/>
        </w:rPr>
        <w:t>Ort : __________________________________________</w:t>
      </w:r>
    </w:p>
    <w:p>
      <w:r>
        <w:rPr>
          <w:b w:val="0"/>
          <w:sz w:val="20"/>
        </w:rPr>
        <w:t>Datum : 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FACHUNTERNEHMER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https://musterhero.com/fachunternehmererklarung-trockenbau-knauf/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fachunternehmererklarung-trockenbau-knauf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