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HAZOP ANALYSE VORLAGE</w:t>
      </w:r>
    </w:p>
    <w:p/>
    <w:p/>
    <w:p>
      <w:r>
        <w:rPr>
          <w:b/>
          <w:sz w:val="20"/>
        </w:rPr>
        <w:t>1. Projektinformationen</w:t>
      </w:r>
    </w:p>
    <w:p>
      <w:r>
        <w:rPr>
          <w:b w:val="0"/>
          <w:sz w:val="20"/>
        </w:rPr>
        <w:t>Projektname : _________________________________________________</w:t>
      </w:r>
    </w:p>
    <w:p>
      <w:r>
        <w:rPr>
          <w:b w:val="0"/>
          <w:sz w:val="20"/>
        </w:rPr>
        <w:t>Bereich/Anlage : ______________________________________________</w:t>
      </w:r>
    </w:p>
    <w:p>
      <w:r>
        <w:rPr>
          <w:b w:val="0"/>
          <w:sz w:val="20"/>
        </w:rPr>
        <w:t>Leiter der HAZOP-Gruppe : ____________________________________</w:t>
      </w:r>
    </w:p>
    <w:p>
      <w:r>
        <w:rPr>
          <w:b w:val="0"/>
          <w:sz w:val="20"/>
        </w:rPr>
        <w:t>Teilnehmer : _________________________________________________</w:t>
      </w:r>
    </w:p>
    <w:p/>
    <w:p>
      <w:r>
        <w:rPr>
          <w:b/>
          <w:sz w:val="20"/>
        </w:rPr>
        <w:t>2. Beschreibung des Systems/Prozesses</w:t>
      </w:r>
    </w:p>
    <w:p>
      <w:r>
        <w:rPr>
          <w:b w:val="0"/>
          <w:sz w:val="20"/>
        </w:rPr>
        <w:t>Beschreibung : 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3. Ziel und Umfang der HAZOP-Analyse</w:t>
      </w:r>
    </w:p>
    <w:p>
      <w:r>
        <w:rPr>
          <w:b w:val="0"/>
          <w:sz w:val="20"/>
        </w:rPr>
        <w:t>Ziel : _______________________________________________________________________</w:t>
      </w:r>
    </w:p>
    <w:p>
      <w:r>
        <w:rPr>
          <w:b w:val="0"/>
          <w:sz w:val="20"/>
        </w:rPr>
        <w:t>Umfang : _____________________________________________________________________</w:t>
      </w:r>
    </w:p>
    <w:p/>
    <w:p>
      <w:r>
        <w:rPr>
          <w:b/>
          <w:sz w:val="20"/>
        </w:rPr>
        <w:t>4. HAZOP-Analyse Tabelle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c>
          <w:tcPr>
            <w:tcW w:type="dxa" w:w="1425"/>
          </w:tcPr>
          <w:p>
            <w:pPr>
              <w:jc w:val="center"/>
            </w:pPr>
            <w:r>
              <w:rPr>
                <w:b/>
                <w:sz w:val="20"/>
              </w:rPr>
              <w:t>Nr.</w:t>
            </w:r>
          </w:p>
        </w:tc>
        <w:tc>
          <w:tcPr>
            <w:tcW w:type="dxa" w:w="1425"/>
          </w:tcPr>
          <w:p>
            <w:pPr>
              <w:jc w:val="center"/>
            </w:pPr>
            <w:r>
              <w:rPr>
                <w:b/>
                <w:sz w:val="20"/>
              </w:rPr>
              <w:t>Anlagenteil / System</w:t>
            </w:r>
          </w:p>
        </w:tc>
        <w:tc>
          <w:tcPr>
            <w:tcW w:type="dxa" w:w="1425"/>
          </w:tcPr>
          <w:p>
            <w:pPr>
              <w:jc w:val="center"/>
            </w:pPr>
            <w:r>
              <w:rPr>
                <w:b/>
                <w:sz w:val="20"/>
              </w:rPr>
              <w:t>Leitgedanke / Parameter</w:t>
            </w:r>
          </w:p>
        </w:tc>
        <w:tc>
          <w:tcPr>
            <w:tcW w:type="dxa" w:w="1425"/>
          </w:tcPr>
          <w:p>
            <w:pPr>
              <w:jc w:val="center"/>
            </w:pPr>
            <w:r>
              <w:rPr>
                <w:b/>
                <w:sz w:val="20"/>
              </w:rPr>
              <w:t>Abweichung</w:t>
            </w:r>
          </w:p>
        </w:tc>
        <w:tc>
          <w:tcPr>
            <w:tcW w:type="dxa" w:w="1425"/>
          </w:tcPr>
          <w:p>
            <w:pPr>
              <w:jc w:val="center"/>
            </w:pPr>
            <w:r>
              <w:rPr>
                <w:b/>
                <w:sz w:val="20"/>
              </w:rPr>
              <w:t>Ursache</w:t>
            </w:r>
          </w:p>
        </w:tc>
        <w:tc>
          <w:tcPr>
            <w:tcW w:type="dxa" w:w="1425"/>
          </w:tcPr>
          <w:p>
            <w:pPr>
              <w:jc w:val="center"/>
            </w:pPr>
            <w:r>
              <w:rPr>
                <w:b/>
                <w:sz w:val="20"/>
              </w:rPr>
              <w:t>Folge</w:t>
            </w:r>
          </w:p>
        </w:tc>
        <w:tc>
          <w:tcPr>
            <w:tcW w:type="dxa" w:w="1425"/>
          </w:tcPr>
          <w:p>
            <w:pPr>
              <w:jc w:val="center"/>
            </w:pPr>
            <w:r>
              <w:rPr>
                <w:b/>
                <w:sz w:val="20"/>
              </w:rPr>
              <w:t>Maßnahmen / Empfehlungen</w:t>
            </w:r>
          </w:p>
        </w:tc>
      </w:tr>
      <w:tr>
        <w:tc>
          <w:tcPr>
            <w:tcW w:type="dxa" w:w="1425"/>
          </w:tcPr>
          <w:p>
            <w:pPr>
              <w:jc w:val="left"/>
            </w:pPr>
          </w:p>
        </w:tc>
        <w:tc>
          <w:tcPr>
            <w:tcW w:type="dxa" w:w="1425"/>
          </w:tcPr>
          <w:p>
            <w:pPr>
              <w:jc w:val="left"/>
            </w:pPr>
          </w:p>
        </w:tc>
        <w:tc>
          <w:tcPr>
            <w:tcW w:type="dxa" w:w="1425"/>
          </w:tcPr>
          <w:p>
            <w:pPr>
              <w:jc w:val="left"/>
            </w:pPr>
          </w:p>
        </w:tc>
        <w:tc>
          <w:tcPr>
            <w:tcW w:type="dxa" w:w="1425"/>
          </w:tcPr>
          <w:p>
            <w:pPr>
              <w:jc w:val="left"/>
            </w:pPr>
          </w:p>
        </w:tc>
        <w:tc>
          <w:tcPr>
            <w:tcW w:type="dxa" w:w="1425"/>
          </w:tcPr>
          <w:p>
            <w:pPr>
              <w:jc w:val="left"/>
            </w:pPr>
          </w:p>
        </w:tc>
        <w:tc>
          <w:tcPr>
            <w:tcW w:type="dxa" w:w="1425"/>
          </w:tcPr>
          <w:p>
            <w:pPr>
              <w:jc w:val="left"/>
            </w:pPr>
          </w:p>
        </w:tc>
        <w:tc>
          <w:tcPr>
            <w:tcW w:type="dxa" w:w="1425"/>
          </w:tcPr>
          <w:p>
            <w:pPr>
              <w:jc w:val="left"/>
            </w:pPr>
          </w:p>
        </w:tc>
      </w:tr>
    </w:tbl>
    <w:p/>
    <w:p/>
    <w:p>
      <w:r>
        <w:rPr>
          <w:b/>
          <w:sz w:val="20"/>
        </w:rPr>
        <w:t>5. Zusammenfassung und Schlussfolgerungen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/>
    <w:p>
      <w:r>
        <w:rPr>
          <w:b/>
          <w:sz w:val="20"/>
        </w:rPr>
        <w:t>6. Verantwortlichkeiten und Termine</w:t>
      </w:r>
    </w:p>
    <w:p>
      <w:r>
        <w:rPr>
          <w:b w:val="0"/>
          <w:sz w:val="20"/>
        </w:rPr>
        <w:t>Verantwortlicher : ______________________________________________</w:t>
      </w:r>
    </w:p>
    <w:p>
      <w:r>
        <w:rPr>
          <w:b w:val="0"/>
          <w:sz w:val="20"/>
        </w:rPr>
        <w:t>Umsetzung bis : _________________________________________________</w:t>
      </w:r>
    </w:p>
    <w:p>
      <w:r>
        <w:rPr>
          <w:b w:val="0"/>
          <w:sz w:val="20"/>
        </w:rPr>
        <w:t>Freigabe durch : 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ANALYSE LEITER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HAZOP TEAM MITGLIEDER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https://musterhero.com/hazop-vorlage/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hazop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