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ICH HABE INTERESSE AN IHREM AUTO</w:t>
      </w:r>
    </w:p>
    <w:p/>
    <w:p>
      <w:r>
        <w:rPr>
          <w:b/>
          <w:sz w:val="20"/>
        </w:rPr>
        <w:t>Angaben des Verkäufers:</w:t>
      </w:r>
    </w:p>
    <w:p>
      <w:r>
        <w:rPr>
          <w:b w:val="0"/>
          <w:sz w:val="20"/>
        </w:rPr>
        <w:t>Vor- und Nachname: ___________________________________________________</w:t>
      </w:r>
    </w:p>
    <w:p>
      <w:r>
        <w:rPr>
          <w:b w:val="0"/>
          <w:sz w:val="20"/>
        </w:rPr>
        <w:t>Anschrift: ____________________________________________________________</w:t>
      </w:r>
    </w:p>
    <w:p>
      <w:r>
        <w:rPr>
          <w:b w:val="0"/>
          <w:sz w:val="20"/>
        </w:rPr>
        <w:t>Telefonnummer: ________________________________________________________</w:t>
      </w:r>
    </w:p>
    <w:p>
      <w:r>
        <w:rPr>
          <w:b w:val="0"/>
          <w:sz w:val="20"/>
        </w:rPr>
        <w:t>E-Mail-Adresse: ________________________________________________________</w:t>
      </w:r>
    </w:p>
    <w:p/>
    <w:p>
      <w:r>
        <w:rPr>
          <w:b/>
          <w:sz w:val="20"/>
        </w:rPr>
        <w:t>Angaben zum Fahrzeug:</w:t>
      </w:r>
    </w:p>
    <w:p>
      <w:r>
        <w:rPr>
          <w:b w:val="0"/>
          <w:sz w:val="20"/>
        </w:rPr>
        <w:t>Marke/Modell: ________________________________________________________</w:t>
      </w:r>
    </w:p>
    <w:p>
      <w:r>
        <w:rPr>
          <w:b w:val="0"/>
          <w:sz w:val="20"/>
        </w:rPr>
        <w:t>Baujahr: _____________________________________________________________</w:t>
      </w:r>
    </w:p>
    <w:p>
      <w:r>
        <w:rPr>
          <w:b w:val="0"/>
          <w:sz w:val="20"/>
        </w:rPr>
        <w:t>Fahrzeug-Identifizierungsnummer (FIN): _________________________________</w:t>
      </w:r>
    </w:p>
    <w:p>
      <w:r>
        <w:rPr>
          <w:b w:val="0"/>
          <w:sz w:val="20"/>
        </w:rPr>
        <w:t>Kilometerstand: ________________________________________________________</w:t>
      </w:r>
    </w:p>
    <w:p>
      <w:r>
        <w:rPr>
          <w:b w:val="0"/>
          <w:sz w:val="20"/>
        </w:rPr>
        <w:t>Farbe: _______________________________________________________________</w:t>
      </w:r>
    </w:p>
    <w:p>
      <w:r>
        <w:rPr>
          <w:b w:val="0"/>
          <w:sz w:val="20"/>
        </w:rPr>
        <w:t>Besonderheiten/Zusatzausstattung: _______________________________________</w:t>
      </w:r>
    </w:p>
    <w:p/>
    <w:p>
      <w:r>
        <w:rPr>
          <w:b/>
          <w:sz w:val="20"/>
        </w:rPr>
        <w:t>Interessenbekundung:</w:t>
      </w:r>
    </w:p>
    <w:p>
      <w:r>
        <w:rPr>
          <w:b w:val="0"/>
          <w:sz w:val="20"/>
        </w:rPr>
        <w:t>Hiermit bekunde ich mein Interesse am Kauf des o.g. Fahrzeugs. Ich bitte um Rückmeldung zwecks Vereinbarung eines Besichtigungstermins und Besprechung weiterer Details.</w:t>
      </w:r>
    </w:p>
    <w:p/>
    <w:p>
      <w:r>
        <w:rPr>
          <w:b/>
          <w:sz w:val="20"/>
        </w:rPr>
        <w:t>Kaufpreisvorstellung:</w:t>
      </w:r>
    </w:p>
    <w:p>
      <w:r>
        <w:rPr>
          <w:b w:val="0"/>
          <w:sz w:val="20"/>
        </w:rPr>
        <w:t>Mein Kaufpreisvorschlag beträgt: _______________________________________ EUR</w:t>
      </w:r>
    </w:p>
    <w:p/>
    <w:p>
      <w:r>
        <w:rPr>
          <w:b/>
          <w:sz w:val="20"/>
        </w:rPr>
        <w:t>Rechtliche Hinweise:</w:t>
      </w:r>
    </w:p>
    <w:p>
      <w:r>
        <w:rPr>
          <w:b w:val="0"/>
          <w:sz w:val="20"/>
        </w:rPr>
        <w:t>Diese Interessenbekundung stellt kein bindendes Kaufangebot dar. Ein Kaufvertrag kommt erst durch beiderseitige, schriftliche Vereinbarung zustande.</w:t>
      </w:r>
    </w:p>
    <w:p/>
    <w:p>
      <w:r>
        <w:rPr>
          <w:b/>
          <w:sz w:val="20"/>
        </w:rPr>
        <w:t>Kontaktbestätigung:</w:t>
      </w:r>
    </w:p>
    <w:p>
      <w:r>
        <w:rPr>
          <w:b w:val="0"/>
          <w:sz w:val="20"/>
        </w:rPr>
        <w:t>Ich bestätige, dass die angegebenen Kontaktdaten korrekt sind und erkläre mich mit der Nutzung meiner Daten zur Kontaktaufnahme im Rahmen dieses Interesses einverstanden.</w:t>
      </w:r>
    </w:p>
    <w:p/>
    <w:p/>
    <w:p>
      <w:r>
        <w:rPr>
          <w:b/>
          <w:sz w:val="20"/>
        </w:rPr>
        <w:t>Unterschrift des Interessenten:</w:t>
      </w:r>
    </w:p>
    <w:p>
      <w:r>
        <w:rPr>
          <w:b w:val="0"/>
          <w:sz w:val="20"/>
        </w:rPr>
        <w:br/>
        <w:br/>
        <w:t>_____________________________</w:t>
      </w:r>
    </w:p>
    <w:p>
      <w:r>
        <w:rPr>
          <w:b w:val="0"/>
          <w:sz w:val="20"/>
        </w:rPr>
        <w:t>Name: ___________________________________________</w:t>
      </w:r>
    </w:p>
    <w:p>
      <w:r>
        <w:rPr>
          <w:b w:val="0"/>
          <w:sz w:val="20"/>
        </w:rPr>
        <w:t>Telefonnummer: ____________________________________</w:t>
      </w:r>
    </w:p>
    <w:p>
      <w:r>
        <w:rPr>
          <w:b w:val="0"/>
          <w:sz w:val="20"/>
        </w:rPr>
        <w:t>E-Mail-Adresse: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INTERESSENT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https://musterhero.com/ich-habe-interesse-an-ihrem-auto/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ich-habe-interesse-an-ihrem-auto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