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FORMULAR FÜR DIE NACHBARSCHAFTSHILFE DER KKH</w:t>
      </w:r>
    </w:p>
    <w:p/>
    <w:p>
      <w:r>
        <w:rPr>
          <w:b w:val="0"/>
          <w:sz w:val="20"/>
        </w:rPr>
        <w:t>Dieses Formular dient der Dokumentation der Inanspruchnahme und Erbringung von Nachbarschaftshilfeleistungen.</w:t>
      </w:r>
    </w:p>
    <w:p/>
    <w:p>
      <w:r>
        <w:rPr>
          <w:b/>
          <w:sz w:val="20"/>
        </w:rPr>
        <w:t>Angaben zur hilfesuchenden Person:</w:t>
      </w:r>
    </w:p>
    <w:p>
      <w:r>
        <w:rPr>
          <w:b w:val="0"/>
          <w:sz w:val="20"/>
        </w:rPr>
        <w:t>Vor- und Nachname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>
      <w:r>
        <w:rPr>
          <w:b w:val="0"/>
          <w:sz w:val="20"/>
        </w:rPr>
        <w:t>E-Mail-Adresse (optional) : ________________________________________________</w:t>
      </w:r>
    </w:p>
    <w:p/>
    <w:p>
      <w:r>
        <w:rPr>
          <w:b/>
          <w:sz w:val="20"/>
        </w:rPr>
        <w:t>Angaben zur helfenden Person:</w:t>
      </w:r>
    </w:p>
    <w:p>
      <w:r>
        <w:rPr>
          <w:b w:val="0"/>
          <w:sz w:val="20"/>
        </w:rPr>
        <w:t>Vor- und Nachname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>
      <w:r>
        <w:rPr>
          <w:b w:val="0"/>
          <w:sz w:val="20"/>
        </w:rPr>
        <w:t>E-Mail-Adresse (optional) : ________________________________________________</w:t>
      </w:r>
    </w:p>
    <w:p/>
    <w:p>
      <w:r>
        <w:rPr>
          <w:b/>
          <w:sz w:val="20"/>
        </w:rPr>
        <w:t>Art der erbrachten Hilfeleistung:</w:t>
      </w:r>
    </w:p>
    <w:p>
      <w:r>
        <w:rPr>
          <w:b w:val="0"/>
          <w:sz w:val="20"/>
        </w:rPr>
        <w:t>- Einkäufe erledigen</w:t>
      </w:r>
    </w:p>
    <w:p>
      <w:r>
        <w:rPr>
          <w:b w:val="0"/>
          <w:sz w:val="20"/>
        </w:rPr>
        <w:t>- Botengänge übernehmen</w:t>
      </w:r>
    </w:p>
    <w:p>
      <w:r>
        <w:rPr>
          <w:b w:val="0"/>
          <w:sz w:val="20"/>
        </w:rPr>
        <w:t>- Unterstützung im Haushalt</w:t>
      </w:r>
    </w:p>
    <w:p>
      <w:r>
        <w:rPr>
          <w:b w:val="0"/>
          <w:sz w:val="20"/>
        </w:rPr>
        <w:t>- Andere: _______________________________________________________________</w:t>
      </w:r>
    </w:p>
    <w:p/>
    <w:p>
      <w:r>
        <w:rPr>
          <w:b/>
          <w:sz w:val="20"/>
        </w:rPr>
        <w:t>Zeitraum der Hilfeleistung:</w:t>
      </w:r>
    </w:p>
    <w:p>
      <w:r>
        <w:rPr>
          <w:b w:val="0"/>
          <w:sz w:val="20"/>
        </w:rPr>
        <w:t>Von: __________________________   Bis: __________________________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Die Nachbarschaftshilfe erfolgt auf freiwilliger Basis und ohne Vergütung. Eine Haftung der helfenden Person für Schäden im Rahmen der Hilfeleistung wird ausgeschlossen, soweit gesetzlich zulässig.</w:t>
      </w:r>
    </w:p>
    <w:p/>
    <w:p>
      <w:r>
        <w:rPr>
          <w:b/>
          <w:sz w:val="20"/>
        </w:rPr>
        <w:t>Datenschutz:</w:t>
      </w:r>
    </w:p>
    <w:p>
      <w:r>
        <w:rPr>
          <w:b w:val="0"/>
          <w:sz w:val="20"/>
        </w:rPr>
        <w:t>Mit der Unterzeichnung dieses Formulars erklären beide Parteien ihr Einverständnis zur Verarbeitung der angegebenen personenbezogenen Daten ausschließlich für die Zwecke der Nachbarschaftshilfe.</w:t>
      </w:r>
    </w:p>
    <w:p/>
    <w:p/>
    <w:p>
      <w:r>
        <w:rPr>
          <w:b/>
          <w:sz w:val="20"/>
        </w:rPr>
        <w:t>Bestätigung der Angaben und Einverständnis:</w:t>
      </w:r>
    </w:p>
    <w:p>
      <w:r>
        <w:rPr>
          <w:b w:val="0"/>
          <w:sz w:val="20"/>
        </w:rPr>
        <w:t>Mit ihrer Unterschrift bestätigen die Parteien, dass die Angaben korrekt sind und die Nachbarschaftshilfe einvernehmlich erfolgt.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Hilfesuchende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Helfende 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https://musterhero.com/kkh-nachbarschaftshilfe-formular/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kkh-nachbarschaftshilfe-formula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