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KONTAKTFORMULAR</w:t>
      </w:r>
    </w:p>
    <w:p/>
    <w:p>
      <w:r>
        <w:rPr>
          <w:b/>
          <w:sz w:val="20"/>
        </w:rPr>
        <w:t>Persönliche Angaben:</w:t>
      </w:r>
    </w:p>
    <w:p>
      <w:r>
        <w:rPr>
          <w:b w:val="0"/>
          <w:sz w:val="20"/>
        </w:rPr>
        <w:t>Vor- und Nachname : 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>
      <w:r>
        <w:rPr>
          <w:b w:val="0"/>
          <w:sz w:val="20"/>
        </w:rPr>
        <w:t>E-Mail-Adresse : _________________________________________________</w:t>
      </w:r>
    </w:p>
    <w:p/>
    <w:p>
      <w:r>
        <w:rPr>
          <w:b/>
          <w:sz w:val="20"/>
        </w:rPr>
        <w:t>Anliegen:</w:t>
      </w:r>
    </w:p>
    <w:p>
      <w:r>
        <w:rPr>
          <w:b w:val="0"/>
          <w:sz w:val="20"/>
        </w:rPr>
        <w:t>Bitte schildern Sie hier Ihr Anliegen oder Ihre Nachricht:</w:t>
      </w:r>
    </w:p>
    <w:p>
      <w:r>
        <w:t>____________________________________________________________________</w:t>
      </w:r>
    </w:p>
    <w:p>
      <w:r>
        <w:t>____________________________________________________________________</w:t>
      </w:r>
    </w:p>
    <w:p>
      <w:r>
        <w:t>____________________________________________________________________</w:t>
      </w:r>
    </w:p>
    <w:p>
      <w:r>
        <w:t>____________________________________________________________________</w:t>
      </w:r>
    </w:p>
    <w:p/>
    <w:p>
      <w:r>
        <w:rPr>
          <w:b/>
          <w:sz w:val="20"/>
        </w:rPr>
        <w:t>Datenschutzerklärung:</w:t>
      </w:r>
    </w:p>
    <w:p>
      <w:r>
        <w:rPr>
          <w:b w:val="0"/>
          <w:sz w:val="20"/>
        </w:rPr>
        <w:t>Ich stimme der Speicherung und Verarbeitung meiner personenbezogenen Daten zum Zwecke der Kontaktaufnahme zu. Die Daten werden nicht an Dritte weitergegeben und ausschließlich für die Bearbeitung meiner Anfrage verwendet.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Ort, Datum : 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: 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</w:tr>
    </w:tbl>
    <w:p/>
    <w:p/>
    <w:p>
      <w:r>
        <w:rPr>
          <w:b/>
          <w:sz w:val="20"/>
        </w:rPr>
        <w:t>Hinweis:</w:t>
      </w:r>
    </w:p>
    <w:p>
      <w:r>
        <w:rPr>
          <w:b w:val="0"/>
          <w:sz w:val="20"/>
        </w:rPr>
        <w:t>Bitte senden Sie das vollständig ausgefüllte und unterschriebene Kontaktformular per Post oder eingescannt per E-Mail an die angegebenen Kontaktdaten.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https://musterhero.com/kontaktformular-vorlage/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kontaktformular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