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DES ARZTHAFTVERHÄLTNISSES</w:t>
      </w:r>
    </w:p>
    <w:p/>
    <w:p>
      <w:r>
        <w:rPr>
          <w:b/>
          <w:sz w:val="20"/>
        </w:rPr>
        <w:t>An:</w:t>
      </w:r>
    </w:p>
    <w:p>
      <w:r>
        <w:rPr>
          <w:b w:val="0"/>
          <w:sz w:val="20"/>
        </w:rPr>
        <w:t>[Name der Arztpraxis / des Arztes]</w:t>
      </w:r>
    </w:p>
    <w:p>
      <w:r>
        <w:rPr>
          <w:b w:val="0"/>
          <w:sz w:val="20"/>
        </w:rPr>
        <w:t>[Straße und Hausnummer]</w:t>
      </w:r>
    </w:p>
    <w:p>
      <w:r>
        <w:rPr>
          <w:b w:val="0"/>
          <w:sz w:val="20"/>
        </w:rPr>
        <w:t>[PLZ und Ort]</w:t>
      </w:r>
    </w:p>
    <w:p/>
    <w:p/>
    <w:p>
      <w:r>
        <w:rPr>
          <w:b/>
          <w:sz w:val="20"/>
        </w:rPr>
        <w:t>Von:</w:t>
      </w:r>
    </w:p>
    <w:p>
      <w:r>
        <w:rPr>
          <w:b w:val="0"/>
          <w:sz w:val="20"/>
        </w:rPr>
        <w:t>[Ihr Vor- und Nachname]</w:t>
      </w:r>
    </w:p>
    <w:p>
      <w:r>
        <w:rPr>
          <w:b w:val="0"/>
          <w:sz w:val="20"/>
        </w:rPr>
        <w:t>[Ihre Anschrift]</w:t>
      </w:r>
    </w:p>
    <w:p>
      <w:r>
        <w:rPr>
          <w:b w:val="0"/>
          <w:sz w:val="20"/>
        </w:rPr>
        <w:t>[PLZ und Ort]</w:t>
      </w:r>
    </w:p>
    <w:p/>
    <w:p/>
    <w:p>
      <w:r>
        <w:rPr>
          <w:b/>
          <w:sz w:val="20"/>
        </w:rPr>
        <w:t>Betreff:</w:t>
      </w:r>
    </w:p>
    <w:p>
      <w:r>
        <w:rPr>
          <w:b w:val="0"/>
          <w:sz w:val="20"/>
        </w:rPr>
        <w:t>Kündigung des Behandlungsvertrags</w:t>
      </w:r>
    </w:p>
    <w:p/>
    <w:p/>
    <w:p>
      <w:r>
        <w:rPr>
          <w:b w:val="0"/>
          <w:sz w:val="20"/>
        </w:rPr>
        <w:t>Sehr geehrte Damen und Herren,</w:t>
      </w:r>
    </w:p>
    <w:p>
      <w:r>
        <w:rPr>
          <w:b w:val="0"/>
          <w:sz w:val="20"/>
        </w:rPr>
        <w:t>hiermit kündige ich den mit Ihnen bestehenden Behandlungsvertrag ordentlich und fristgerecht. Ich bitte Sie, die Kündigung zu akzeptieren und mir den Beendigungstermin schriftlich zu bestätigen.</w:t>
      </w:r>
    </w:p>
    <w:p/>
    <w:p>
      <w:r>
        <w:rPr>
          <w:b w:val="0"/>
          <w:sz w:val="20"/>
        </w:rPr>
        <w:t>Ich bitte Sie, alle bis zum Beendigungszeitpunkt notwendigen Behandlungsmaßnahmen durchzuführen und mir alle medizinischen Unterlagen zeitnah auszuhändigen oder an einen Nachfolgearzt zu übermitteln.</w:t>
      </w:r>
    </w:p>
    <w:p/>
    <w:p>
      <w:r>
        <w:rPr>
          <w:b w:val="0"/>
          <w:sz w:val="20"/>
        </w:rPr>
        <w:t>Ich weise darauf hin, dass meine gespeicherten personenbezogenen Daten nach Beendigung der Behandlung gemäß den datenschutzrechtlichen Bestimmungen gelöscht oder anonymisiert werden sollen, soweit keine gesetzliche Aufbewahrungspflicht besteht.</w:t>
      </w:r>
    </w:p>
    <w:p/>
    <w:p>
      <w:r>
        <w:rPr>
          <w:b w:val="0"/>
          <w:sz w:val="20"/>
        </w:rPr>
        <w:t>Ich danke Ihnen für die bisherige Betreuung und bitte um Verständnis für meine Entscheidung.</w:t>
      </w:r>
    </w:p>
    <w:p/>
    <w:p/>
    <w:p>
      <w:r>
        <w:rPr>
          <w:b w:val="0"/>
          <w:sz w:val="20"/>
        </w:rPr>
        <w:t>Ort : ____________________________    Unterschrift : 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https://musterhero.com/kundigung-arzt-vorlage/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https://musterhero.com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musterhero.com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hero.com/kundigung-arzt-vorlage/" TargetMode="External"/><Relationship Id="rId10" Type="http://schemas.openxmlformats.org/officeDocument/2006/relationships/hyperlink" Target="https://musterh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