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HANDYVERTRAGS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Straße, Hausnummer : ______________________________________________</w:t>
      </w:r>
    </w:p>
    <w:p>
      <w:r>
        <w:rPr>
          <w:b w:val="0"/>
          <w:sz w:val="20"/>
        </w:rPr>
        <w:t>PLZ, Ort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>
      <w:r>
        <w:rPr>
          <w:b w:val="0"/>
          <w:sz w:val="20"/>
        </w:rPr>
        <w:t>E-Mail-Adresse : _________________________________________________</w:t>
      </w:r>
    </w:p>
    <w:p/>
    <w:p>
      <w:r>
        <w:rPr>
          <w:b/>
          <w:sz w:val="20"/>
        </w:rPr>
        <w:t>Anbieter :</w:t>
      </w:r>
    </w:p>
    <w:p>
      <w:r>
        <w:rPr>
          <w:b w:val="0"/>
          <w:sz w:val="20"/>
        </w:rPr>
        <w:t>Name des Mobilfunkanbieters : ____________________________________</w:t>
      </w:r>
    </w:p>
    <w:p>
      <w:r>
        <w:rPr>
          <w:b w:val="0"/>
          <w:sz w:val="20"/>
        </w:rPr>
        <w:t>Kundennummer : ___________________________________________________</w:t>
      </w:r>
    </w:p>
    <w:p>
      <w:r>
        <w:rPr>
          <w:b w:val="0"/>
          <w:sz w:val="20"/>
        </w:rPr>
        <w:t>Vertragsnummer : _________________________________________________</w:t>
      </w:r>
    </w:p>
    <w:p/>
    <w:p>
      <w:r>
        <w:rPr>
          <w:b/>
          <w:sz w:val="20"/>
        </w:rPr>
        <w:t>Kündigung :</w:t>
      </w:r>
    </w:p>
    <w:p>
      <w:r>
        <w:rPr>
          <w:b w:val="0"/>
          <w:sz w:val="20"/>
        </w:rPr>
        <w:t>Hiermit kündige ich meinen Mobilfunkvertrag fristgerecht zum nächstmöglichen Zeitpunkt.</w:t>
      </w:r>
    </w:p>
    <w:p>
      <w:r>
        <w:rPr>
          <w:b w:val="0"/>
          <w:sz w:val="20"/>
        </w:rPr>
        <w:t>Ich bitte um schriftliche Bestätigung der Kündigung sowie die Angabe des Vertragsendes.</w:t>
      </w:r>
    </w:p>
    <w:p/>
    <w:p>
      <w:r>
        <w:rPr>
          <w:b/>
          <w:sz w:val="20"/>
        </w:rPr>
        <w:t>Rückgabe von Geräten :</w:t>
      </w:r>
    </w:p>
    <w:p>
      <w:r>
        <w:rPr>
          <w:b w:val="0"/>
          <w:sz w:val="20"/>
        </w:rPr>
        <w:t>Bitte teilen Sie mir mit, ob und wie Geräte, die ich vom Anbieter erhalten habe, zurückzugeben sind.</w:t>
      </w:r>
    </w:p>
    <w:p/>
    <w:p>
      <w:r>
        <w:rPr>
          <w:b/>
          <w:sz w:val="20"/>
        </w:rPr>
        <w:t>Bitte keine weiteren Abbuchungen :</w:t>
      </w:r>
    </w:p>
    <w:p>
      <w:r>
        <w:rPr>
          <w:b w:val="0"/>
          <w:sz w:val="20"/>
        </w:rPr>
        <w:t>Ich widerrufe hiermit die Einzugsermächtigung für den oben genannten Vertrag mit Wirksamkeit zum Vertragsende.</w:t>
      </w:r>
    </w:p>
    <w:p/>
    <w:p>
      <w:r>
        <w:rPr>
          <w:b/>
          <w:sz w:val="20"/>
        </w:rPr>
        <w:t>Hinweis :</w:t>
      </w:r>
    </w:p>
    <w:p>
      <w:r>
        <w:rPr>
          <w:b w:val="0"/>
          <w:sz w:val="20"/>
        </w:rPr>
        <w:t>Bitte sehen Sie von Mahnungen und Inkassomaßnahmen ab, sofern die Kündigung fristgerecht berücksichtigt wurde.</w:t>
      </w:r>
    </w:p>
    <w:p/>
    <w:p/>
    <w:p>
      <w:r>
        <w:rPr>
          <w:b w:val="0"/>
          <w:sz w:val="20"/>
        </w:rPr>
        <w:t>Ort : ________________________________________</w:t>
      </w:r>
    </w:p>
    <w:p>
      <w:r>
        <w:rPr>
          <w:b w:val="0"/>
          <w:sz w:val="20"/>
        </w:rPr>
        <w:t>Unterschrift :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Anbieter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https://musterhero.com/kundigung-handyvertrag-vorlage/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kundigung-handyvertrag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