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KÜNDIGUNG DES MIETVERTRAGS MIT NACHMIETER</w:t>
      </w:r>
    </w:p>
    <w:p/>
    <w:p>
      <w:r>
        <w:rPr>
          <w:b/>
          <w:sz w:val="20"/>
        </w:rPr>
        <w:t>Absender (Mieter) :</w:t>
      </w:r>
    </w:p>
    <w:p>
      <w:r>
        <w:rPr>
          <w:b w:val="0"/>
          <w:sz w:val="20"/>
        </w:rPr>
        <w:t>Name : ________________________________________________________________</w:t>
      </w:r>
    </w:p>
    <w:p>
      <w:r>
        <w:rPr>
          <w:b w:val="0"/>
          <w:sz w:val="20"/>
        </w:rPr>
        <w:t>Anschrift : ___________________________________________________________</w:t>
      </w:r>
    </w:p>
    <w:p>
      <w:r>
        <w:rPr>
          <w:b w:val="0"/>
          <w:sz w:val="20"/>
        </w:rPr>
        <w:t>Telefonnummer : _______________________________________________________</w:t>
      </w:r>
    </w:p>
    <w:p/>
    <w:p>
      <w:r>
        <w:rPr>
          <w:b/>
          <w:sz w:val="20"/>
        </w:rPr>
        <w:t>Empfänger (Vermieter) :</w:t>
      </w:r>
    </w:p>
    <w:p>
      <w:r>
        <w:rPr>
          <w:b w:val="0"/>
          <w:sz w:val="20"/>
        </w:rPr>
        <w:t>Name : ________________________________________________________________</w:t>
      </w:r>
    </w:p>
    <w:p>
      <w:r>
        <w:rPr>
          <w:b w:val="0"/>
          <w:sz w:val="20"/>
        </w:rPr>
        <w:t>Anschrift : ___________________________________________________________</w:t>
      </w:r>
    </w:p>
    <w:p/>
    <w:p>
      <w:r>
        <w:rPr>
          <w:b/>
          <w:sz w:val="20"/>
        </w:rPr>
        <w:t>Betreff :</w:t>
      </w:r>
    </w:p>
    <w:p>
      <w:r>
        <w:rPr>
          <w:b/>
          <w:sz w:val="20"/>
        </w:rPr>
        <w:t>Kündigung des Mietvertrags für die Wohnung mit Nachmieter</w:t>
      </w:r>
    </w:p>
    <w:p/>
    <w:p>
      <w:r>
        <w:rPr>
          <w:b w:val="0"/>
          <w:sz w:val="20"/>
        </w:rPr>
        <w:t>Sehr geehrte Damen und Herren,</w:t>
      </w:r>
    </w:p>
    <w:p/>
    <w:p>
      <w:r>
        <w:rPr>
          <w:b w:val="0"/>
          <w:sz w:val="20"/>
        </w:rPr>
        <w:t>hiermit kündige ich den mit Ihnen geschlossenen Mietvertrag über die Wohnung folgendermaßen fristgerecht zum nächstmöglichen Zeitpunkt. Gleichzeitig schlage ich Ihnen einen Nachmieter vor, der bereit ist, den Mietvertrag zu den bestehenden Bedingungen zu übernehmen.</w:t>
      </w:r>
    </w:p>
    <w:p/>
    <w:p>
      <w:r>
        <w:rPr>
          <w:b/>
          <w:sz w:val="20"/>
        </w:rPr>
        <w:t>Angaben zur Wohnung :</w:t>
      </w:r>
    </w:p>
    <w:p>
      <w:r>
        <w:rPr>
          <w:b w:val="0"/>
          <w:sz w:val="20"/>
        </w:rPr>
        <w:t>Adresse : _______________________________________________________________</w:t>
      </w:r>
    </w:p>
    <w:p>
      <w:r>
        <w:rPr>
          <w:b w:val="0"/>
          <w:sz w:val="20"/>
        </w:rPr>
        <w:t>Wohnungsgröße (qm) : _________________________________________________</w:t>
      </w:r>
    </w:p>
    <w:p/>
    <w:p>
      <w:r>
        <w:rPr>
          <w:b/>
          <w:sz w:val="20"/>
        </w:rPr>
        <w:t>Angaben zum Nachmieter :</w:t>
      </w:r>
    </w:p>
    <w:p>
      <w:r>
        <w:rPr>
          <w:b w:val="0"/>
          <w:sz w:val="20"/>
        </w:rPr>
        <w:t>Name : ________________________________________________________________</w:t>
      </w:r>
    </w:p>
    <w:p>
      <w:r>
        <w:rPr>
          <w:b w:val="0"/>
          <w:sz w:val="20"/>
        </w:rPr>
        <w:t>Anschrift : ___________________________________________________________</w:t>
      </w:r>
    </w:p>
    <w:p>
      <w:r>
        <w:rPr>
          <w:b w:val="0"/>
          <w:sz w:val="20"/>
        </w:rPr>
        <w:t>Telefonnummer : _______________________________________________________</w:t>
      </w:r>
    </w:p>
    <w:p>
      <w:r>
        <w:rPr>
          <w:b w:val="0"/>
          <w:sz w:val="20"/>
        </w:rPr>
        <w:t>E-Mail : ______________________________________________________________</w:t>
      </w:r>
    </w:p>
    <w:p/>
    <w:p>
      <w:r>
        <w:rPr>
          <w:b w:val="0"/>
          <w:sz w:val="20"/>
        </w:rPr>
        <w:t>Ich bitte Sie, den vorgeschlagenen Nachmieter zu prüfen und mich über die Annahme zu informieren. Bei Zustimmung kann der Mietvertrag mit dem Nachmieter nahtlos fortgeführt werden.</w:t>
      </w:r>
    </w:p>
    <w:p/>
    <w:p>
      <w:r>
        <w:rPr>
          <w:b/>
          <w:sz w:val="20"/>
        </w:rPr>
        <w:t>Wohnungsübergabe und Rückgabe :</w:t>
      </w:r>
    </w:p>
    <w:p>
      <w:r>
        <w:rPr>
          <w:b w:val="0"/>
          <w:sz w:val="20"/>
        </w:rPr>
        <w:t>Die Wohnungsübergabe erfolgt spätestens zum Beendigungsdatum des Mietvertrags. Bitte setzen Sie sich rechtzeitig mit mir in Verbindung, um einen Übergabetermin zu vereinbaren.</w:t>
      </w:r>
    </w:p>
    <w:p/>
    <w:p>
      <w:r>
        <w:rPr>
          <w:b w:val="0"/>
          <w:sz w:val="20"/>
        </w:rPr>
        <w:t>Mit freundlichen Grüßen</w:t>
      </w:r>
    </w:p>
    <w:p/>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Ort, Datum:</w:t>
            </w:r>
          </w:p>
        </w:tc>
        <w:tc>
          <w:tcPr>
            <w:tcW w:type="dxa" w:w="4986"/>
            <w:tcBorders>
              <w:top w:val="nil"/>
              <w:left w:val="nil"/>
              <w:bottom w:val="nil"/>
              <w:right w:val="nil"/>
              <w:insideH w:val="nil"/>
              <w:insideV w:val="nil"/>
            </w:tcBorders>
          </w:tcPr>
          <w:p>
            <w:pPr>
              <w:jc w:val="center"/>
            </w:pPr>
            <w:r>
              <w:t>Unterschrift Mieter:</w:t>
            </w:r>
          </w:p>
        </w:tc>
      </w:tr>
      <w:tr>
        <w:tc>
          <w:tcPr>
            <w:tcW w:type="dxa" w:w="4986"/>
            <w:tcBorders>
              <w:top w:val="nil"/>
              <w:left w:val="nil"/>
              <w:bottom w:val="nil"/>
              <w:right w:val="nil"/>
              <w:insideH w:val="nil"/>
              <w:insideV w:val="nil"/>
            </w:tcBorders>
          </w:tcPr>
          <w:p>
            <w:pPr>
              <w:jc w:val="center"/>
            </w:pPr>
            <w:r>
              <w:t>______________________________</w:t>
            </w:r>
          </w:p>
        </w:tc>
        <w:tc>
          <w:tcPr>
            <w:tcW w:type="dxa" w:w="4986"/>
            <w:tcBorders>
              <w:top w:val="nil"/>
              <w:left w:val="nil"/>
              <w:bottom w:val="nil"/>
              <w:right w:val="nil"/>
              <w:insideH w:val="nil"/>
              <w:insideV w:val="nil"/>
            </w:tcBorders>
          </w:tcPr>
          <w:p>
            <w:pPr>
              <w:jc w:val="center"/>
            </w:pPr>
            <w:r>
              <w:t>______________________________</w:t>
            </w:r>
          </w:p>
        </w:tc>
      </w:tr>
    </w:tbl>
    <w:p>
      <w:r>
        <w:br w:type="page"/>
      </w:r>
    </w:p>
    <w:p>
      <w:pPr>
        <w:jc w:val="center"/>
      </w:pPr>
      <w:r>
        <w:rPr>
          <w:color w:val="555555"/>
          <w:sz w:val="24"/>
        </w:rPr>
        <w:t>Originalquelle dieses Dokuments:</w:t>
      </w:r>
    </w:p>
    <w:p>
      <w:pPr>
        <w:jc w:val="center"/>
      </w:pPr>
      <w:hyperlink r:id="rId9">
        <w:r>
          <w:rPr>
            <w:color w:val="0000FF"/>
            <w:u w:val="single"/>
          </w:rPr>
          <w:t>https://musterhero.com/kundigung-mietvertrag-mit-nachmieter-vorlage/</w:t>
        </w:r>
      </w:hyperlink>
    </w:p>
    <w:p>
      <w:pPr>
        <w:jc w:val="center"/>
      </w:pPr>
      <w:r>
        <w:rPr>
          <w:color w:val="555555"/>
          <w:sz w:val="26"/>
        </w:rPr>
        <w:t>War diese Vorlage für Sie hilfreich?</w:t>
      </w:r>
    </w:p>
    <w:p>
      <w:pPr>
        <w:jc w:val="center"/>
      </w:pPr>
      <w:r>
        <w:rPr>
          <w:color w:val="555555"/>
          <w:sz w:val="26"/>
        </w:rPr>
        <w:t>Weitere aktuelle Vorlagen finden Sie unter:</w:t>
      </w:r>
    </w:p>
    <w:p>
      <w:pPr>
        <w:jc w:val="center"/>
      </w:pPr>
      <w:hyperlink r:id="rId10">
        <w:r>
          <w:rPr>
            <w:color w:val="0000FF"/>
            <w:u w:val="single"/>
          </w:rPr>
          <w:t>https://musterhero.com</w:t>
        </w:r>
      </w:hyperlink>
    </w:p>
    <w:p>
      <w:pPr>
        <w:jc w:val="center"/>
      </w:pPr>
      <w:r>
        <w:rPr>
          <w:color w:val="808080"/>
          <w:sz w:val="20"/>
        </w:rPr>
        <w:t>Diese Vorlage ist ausschließlich für den persönlichen, nicht kommerziellen Gebrauch bestimmt.</w:t>
        <w:br/>
        <w:t>Bei Weitergabe oder Veröffentlichung ist die Nennung der Quelle verpflichtend. © musterhero.com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musterhero.com/kundigung-mietvertrag-mit-nachmieter-vorlage/" TargetMode="External"/><Relationship Id="rId10" Type="http://schemas.openxmlformats.org/officeDocument/2006/relationships/hyperlink" Target="https://musterher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