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TANZSCHULVERTRAGS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Empfänger (Tanzschule) :</w:t>
      </w:r>
    </w:p>
    <w:p>
      <w:r>
        <w:rPr>
          <w:b w:val="0"/>
          <w:sz w:val="20"/>
        </w:rPr>
        <w:t>Name der Tanzschule : 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>
      <w:r>
        <w:rPr>
          <w:b/>
          <w:sz w:val="20"/>
        </w:rPr>
        <w:t>Betreff : Kündigung meines Tanzschulvertrags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Vertrag mit der Tanzschule fristgerecht zum nächstmöglichen Zeitpunkt.</w:t>
      </w:r>
    </w:p>
    <w:p/>
    <w:p>
      <w:r>
        <w:rPr>
          <w:b w:val="0"/>
          <w:sz w:val="20"/>
        </w:rPr>
        <w:t>Bitte bestätigen Sie mir den Erhalt dieser Kündigung sowie das Vertragsende schriftlich.</w:t>
      </w:r>
    </w:p>
    <w:p/>
    <w:p>
      <w:r>
        <w:rPr>
          <w:b w:val="0"/>
          <w:sz w:val="20"/>
        </w:rPr>
        <w:t>Ich danke Ihnen für die bisherige Betreuung.</w:t>
      </w:r>
    </w:p>
    <w:p/>
    <w:p/>
    <w:p>
      <w:r>
        <w:rPr>
          <w:b w:val="0"/>
          <w:sz w:val="20"/>
        </w:rPr>
        <w:t>Ort : ____________________________</w:t>
      </w:r>
    </w:p>
    <w:p>
      <w:r>
        <w:rPr>
          <w:b w:val="0"/>
          <w:sz w:val="20"/>
        </w:rPr>
        <w:t>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https://musterhero.com/kundigung-tanzschule/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kundigung-tanzschul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