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VORLAGE FÜR DIE STEUERERKLÄRUNG</w:t>
      </w:r>
    </w:p>
    <w:p/>
    <w:p>
      <w:r>
        <w:rPr>
          <w:b/>
          <w:sz w:val="20"/>
        </w:rPr>
        <w:t>Persönliche Angaben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Steuernummer/Identifikationsnummer : 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zur Einkommensart</w:t>
      </w:r>
    </w:p>
    <w:p>
      <w:r>
        <w:rPr>
          <w:b w:val="0"/>
          <w:sz w:val="20"/>
        </w:rPr>
        <w:t>Art der Einkünfte:</w:t>
      </w:r>
    </w:p>
    <w:p>
      <w:r>
        <w:rPr>
          <w:b w:val="0"/>
          <w:sz w:val="20"/>
        </w:rPr>
        <w:t>- Nichtselbständige Arbeit (z. B. Angestelltenverhältnis) : ☐ Ja    ☐ Nein</w:t>
      </w:r>
    </w:p>
    <w:p>
      <w:r>
        <w:rPr>
          <w:b w:val="0"/>
          <w:sz w:val="20"/>
        </w:rPr>
        <w:t>- Selbständige Arbeit / Gewerbebetrieb : ☐ Ja    ☐ Nein</w:t>
      </w:r>
    </w:p>
    <w:p>
      <w:r>
        <w:rPr>
          <w:b w:val="0"/>
          <w:sz w:val="20"/>
        </w:rPr>
        <w:t>- Vermietung und Verpachtung : ☐ Ja    ☐ Nein</w:t>
      </w:r>
    </w:p>
    <w:p>
      <w:r>
        <w:rPr>
          <w:b w:val="0"/>
          <w:sz w:val="20"/>
        </w:rPr>
        <w:t>- Kapitaleinkünfte : ☐ Ja    ☐ Nein</w:t>
      </w:r>
    </w:p>
    <w:p>
      <w:r>
        <w:rPr>
          <w:b w:val="0"/>
          <w:sz w:val="20"/>
        </w:rPr>
        <w:t>- Sonstige Einkünfte : ☐ Ja    ☐ Nein</w:t>
      </w:r>
    </w:p>
    <w:p/>
    <w:p>
      <w:r>
        <w:rPr>
          <w:b/>
          <w:sz w:val="20"/>
        </w:rPr>
        <w:t>Werbungskosten und sonstige abzugsfähige Ausgaben</w:t>
      </w:r>
    </w:p>
    <w:p>
      <w:r>
        <w:rPr>
          <w:b w:val="0"/>
          <w:sz w:val="20"/>
        </w:rPr>
        <w:t>Berufliche Fahrtkosten (Entfernungspauschale) : ________________________ EUR</w:t>
      </w:r>
    </w:p>
    <w:p>
      <w:r>
        <w:rPr>
          <w:b w:val="0"/>
          <w:sz w:val="20"/>
        </w:rPr>
        <w:t>Arbeitsmittel (z. B. Computer, Fachliteratur) : _________________________ EUR</w:t>
      </w:r>
    </w:p>
    <w:p>
      <w:r>
        <w:rPr>
          <w:b w:val="0"/>
          <w:sz w:val="20"/>
        </w:rPr>
        <w:t>Fortbildungskosten : __________________________________________________ EUR</w:t>
      </w:r>
    </w:p>
    <w:p>
      <w:r>
        <w:rPr>
          <w:b w:val="0"/>
          <w:sz w:val="20"/>
        </w:rPr>
        <w:t>Sonstige Werbungskosten : _____________________________________________ EUR</w:t>
      </w:r>
    </w:p>
    <w:p/>
    <w:p>
      <w:r>
        <w:rPr>
          <w:b/>
          <w:sz w:val="20"/>
        </w:rPr>
        <w:t>Sonderausgaben</w:t>
      </w:r>
    </w:p>
    <w:p>
      <w:r>
        <w:rPr>
          <w:b w:val="0"/>
          <w:sz w:val="20"/>
        </w:rPr>
        <w:t>Kirchensteuer : ______________________________________________________ EUR</w:t>
      </w:r>
    </w:p>
    <w:p>
      <w:r>
        <w:rPr>
          <w:b w:val="0"/>
          <w:sz w:val="20"/>
        </w:rPr>
        <w:t>Spenden : ___________________________________________________________ EUR</w:t>
      </w:r>
    </w:p>
    <w:p>
      <w:r>
        <w:rPr>
          <w:b w:val="0"/>
          <w:sz w:val="20"/>
        </w:rPr>
        <w:t>Vorsorgeaufwendungen (z. B. Versicherungen) : __________________________ EUR</w:t>
      </w:r>
    </w:p>
    <w:p>
      <w:r>
        <w:rPr>
          <w:b w:val="0"/>
          <w:sz w:val="20"/>
        </w:rPr>
        <w:t>Sonstige Sonderausgaben : ____________________________________________ EUR</w:t>
      </w:r>
    </w:p>
    <w:p/>
    <w:p>
      <w:r>
        <w:rPr>
          <w:b/>
          <w:sz w:val="20"/>
        </w:rPr>
        <w:t>Außergewöhnliche Belastungen</w:t>
      </w:r>
    </w:p>
    <w:p>
      <w:r>
        <w:rPr>
          <w:b w:val="0"/>
          <w:sz w:val="20"/>
        </w:rPr>
        <w:t>Krankheitskosten : ___________________________________________________ EUR</w:t>
      </w:r>
    </w:p>
    <w:p>
      <w:r>
        <w:rPr>
          <w:b w:val="0"/>
          <w:sz w:val="20"/>
        </w:rPr>
        <w:t>Pflegekosten : _______________________________________________________ EUR</w:t>
      </w:r>
    </w:p>
    <w:p>
      <w:r>
        <w:rPr>
          <w:b w:val="0"/>
          <w:sz w:val="20"/>
        </w:rPr>
        <w:t>Unterhaltszahlungen : _________________________________________________ EUR</w:t>
      </w:r>
    </w:p>
    <w:p>
      <w:r>
        <w:rPr>
          <w:b w:val="0"/>
          <w:sz w:val="20"/>
        </w:rPr>
        <w:t>Sonstige außergewöhnliche Belastungen : _______________________________ EUR</w:t>
      </w:r>
    </w:p>
    <w:p/>
    <w:p>
      <w:r>
        <w:rPr>
          <w:b/>
          <w:sz w:val="20"/>
        </w:rPr>
        <w:t>Erklärung</w:t>
      </w:r>
    </w:p>
    <w:p>
      <w:r>
        <w:rPr>
          <w:b w:val="0"/>
          <w:sz w:val="20"/>
        </w:rPr>
        <w:t>Ich versichere, dass die gemachten Angaben vollständig und wahrheitsgemäß sind.</w:t>
      </w:r>
    </w:p>
    <w:p/>
    <w:p/>
    <w:p>
      <w:r>
        <w:rPr>
          <w:b w:val="0"/>
          <w:sz w:val="20"/>
        </w:rPr>
        <w:t>Unterschrift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https://musterhero.com/lerngruppe-steuer-vorlage/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lerngruppe-steuer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