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MIETERHÖHUNGSVORLAGE</w:t>
      </w:r>
    </w:p>
    <w:p/>
    <w:p>
      <w:r>
        <w:rPr>
          <w:b w:val="0"/>
          <w:sz w:val="20"/>
        </w:rPr>
        <w:t>Sehr geehrte/r Herr/Frau ____________________,</w:t>
      </w:r>
    </w:p>
    <w:p/>
    <w:p>
      <w:r>
        <w:rPr>
          <w:b w:val="0"/>
          <w:sz w:val="20"/>
        </w:rPr>
        <w:t>hiermit informieren wir Sie über die geplante Anpassung der Miete für die von Ihnen gemietete Wohnung.</w:t>
      </w:r>
    </w:p>
    <w:p/>
    <w:p>
      <w:r>
        <w:rPr>
          <w:b/>
          <w:sz w:val="20"/>
        </w:rPr>
        <w:t>Angaben zum Mietobjekt :</w:t>
      </w:r>
    </w:p>
    <w:p>
      <w:r>
        <w:rPr>
          <w:b w:val="0"/>
          <w:sz w:val="20"/>
        </w:rPr>
        <w:t>Mietobjekt (Adresse) : ________________________________________________</w:t>
      </w:r>
    </w:p>
    <w:p>
      <w:r>
        <w:rPr>
          <w:b w:val="0"/>
          <w:sz w:val="20"/>
        </w:rPr>
        <w:t>Wohnungsnummer : _____________________________________________________</w:t>
      </w:r>
    </w:p>
    <w:p>
      <w:r>
        <w:rPr>
          <w:b w:val="0"/>
          <w:sz w:val="20"/>
        </w:rPr>
        <w:t>Derzeitige Monatsmiete (Kaltmiete) : _________________ EUR</w:t>
      </w:r>
    </w:p>
    <w:p/>
    <w:p>
      <w:r>
        <w:rPr>
          <w:b/>
          <w:sz w:val="20"/>
        </w:rPr>
        <w:t>Erhöhung der Miete :</w:t>
      </w:r>
    </w:p>
    <w:p>
      <w:r>
        <w:rPr>
          <w:b w:val="0"/>
          <w:sz w:val="20"/>
        </w:rPr>
        <w:t>Neue Monatsmiete ab dem Zeitpunkt der Anpassung : _________________ EUR</w:t>
      </w:r>
    </w:p>
    <w:p>
      <w:r>
        <w:rPr>
          <w:b w:val="0"/>
          <w:sz w:val="20"/>
        </w:rPr>
        <w:t>Die Erhöhung entspricht einer Anpassung von _________________ % bzw. _________________ EUR.</w:t>
      </w:r>
    </w:p>
    <w:p/>
    <w:p>
      <w:r>
        <w:rPr>
          <w:b/>
          <w:sz w:val="20"/>
        </w:rPr>
        <w:t>Rechtsgrundlage der Mieterhöhung :</w:t>
      </w:r>
    </w:p>
    <w:p>
      <w:r>
        <w:rPr>
          <w:b w:val="0"/>
          <w:sz w:val="20"/>
        </w:rPr>
        <w:t>Diese Mieterhöhung erfolgt aufgrund der Bestimmungen des § 558 BGB (Mieterhöhung bis zur ortsüblichen Vergleichsmiete) bzw. gemäß § 559 BGB (Mieterhöhung nach Modernisierung).</w:t>
      </w:r>
    </w:p>
    <w:p/>
    <w:p>
      <w:r>
        <w:rPr>
          <w:b/>
          <w:sz w:val="20"/>
        </w:rPr>
        <w:t>Begründung der Mieterhöhung 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>
      <w:r>
        <w:rPr>
          <w:b w:val="0"/>
          <w:sz w:val="20"/>
        </w:rPr>
        <w:t>Bitte beachten Sie, dass der Mieter gemäß § 558b BGB der Mieterhöhung zustimmen muss. Sollte keine Zustimmung erfolgen, besteht die Möglichkeit der Anrufung des zuständigen Amtsgerichts.</w:t>
      </w:r>
    </w:p>
    <w:p/>
    <w:p>
      <w:r>
        <w:rPr>
          <w:b w:val="0"/>
          <w:sz w:val="20"/>
        </w:rPr>
        <w:t>Die Mieterhöhung überschreitet nicht die gesetzliche Kappungsgrenze von 15 % innerhalb von 3 Jahren (§ 558 Abs. 3 BGB).</w:t>
      </w:r>
    </w:p>
    <w:p/>
    <w:p>
      <w:r>
        <w:rPr>
          <w:b w:val="0"/>
          <w:sz w:val="20"/>
        </w:rPr>
        <w:t>Bitte teilen Sie uns Ihre Zustimmung bis spätestens ___________________ schriftlich mit.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https://musterhero.com/mieterhohung-vorlage/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mieterhohung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