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MIETVERTRAG MIT OPTION AUF VERLÄNGERUNG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Vermieters :</w:t>
      </w:r>
    </w:p>
    <w:p>
      <w:r>
        <w:rPr>
          <w:b w:val="0"/>
          <w:sz w:val="20"/>
        </w:rPr>
        <w:t>Vor- und Nachname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</w:t>
      </w:r>
    </w:p>
    <w:p/>
    <w:p>
      <w:r>
        <w:rPr>
          <w:b/>
          <w:sz w:val="20"/>
        </w:rPr>
        <w:t>Angaben des Mieters :</w:t>
      </w:r>
    </w:p>
    <w:p>
      <w:r>
        <w:rPr>
          <w:b w:val="0"/>
          <w:sz w:val="20"/>
        </w:rPr>
        <w:t>Vor- und Nachname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</w:t>
      </w:r>
    </w:p>
    <w:p/>
    <w:p>
      <w:r>
        <w:rPr>
          <w:b/>
          <w:sz w:val="20"/>
        </w:rPr>
        <w:t>Beschreibung des Mietobjekts :</w:t>
      </w:r>
    </w:p>
    <w:p>
      <w:r>
        <w:rPr>
          <w:b w:val="0"/>
          <w:sz w:val="20"/>
        </w:rPr>
        <w:t>Adresse : ___________________________________________________________________</w:t>
      </w:r>
    </w:p>
    <w:p>
      <w:r>
        <w:rPr>
          <w:b w:val="0"/>
          <w:sz w:val="20"/>
        </w:rPr>
        <w:t>Art des Mietobjekts : ________________________________________________________</w:t>
      </w:r>
    </w:p>
    <w:p>
      <w:r>
        <w:rPr>
          <w:b w:val="0"/>
          <w:sz w:val="20"/>
        </w:rPr>
        <w:t>Größe : ______________________ m²</w:t>
      </w:r>
    </w:p>
    <w:p>
      <w:r>
        <w:rPr>
          <w:b w:val="0"/>
          <w:sz w:val="20"/>
        </w:rPr>
        <w:t>Zustand bei Mietbeginn : ____________________________________________________</w:t>
      </w:r>
    </w:p>
    <w:p/>
    <w:p>
      <w:r>
        <w:rPr>
          <w:b/>
          <w:sz w:val="20"/>
        </w:rPr>
        <w:t>Mietdauer und Verlängerungsoption :</w:t>
      </w:r>
    </w:p>
    <w:p>
      <w:r>
        <w:rPr>
          <w:b w:val="0"/>
          <w:sz w:val="20"/>
        </w:rPr>
        <w:t>Die Mietdauer beträgt zunächst __________________ Monate.</w:t>
      </w:r>
    </w:p>
    <w:p>
      <w:r>
        <w:rPr>
          <w:b w:val="0"/>
          <w:sz w:val="20"/>
        </w:rPr>
        <w:t>Der Mieter hat die Option, den Mietvertrag um weitere __________________ Monate zu verlängern,</w:t>
      </w:r>
    </w:p>
    <w:p>
      <w:r>
        <w:rPr>
          <w:b w:val="0"/>
          <w:sz w:val="20"/>
        </w:rPr>
        <w:t>wenn er spätestens __________________ vor Ablauf der Mietdauer schriftlich informiert.</w:t>
      </w:r>
    </w:p>
    <w:p/>
    <w:p>
      <w:r>
        <w:rPr>
          <w:b/>
          <w:sz w:val="20"/>
        </w:rPr>
        <w:t>Mietzins und Nebenkosten :</w:t>
      </w:r>
    </w:p>
    <w:p>
      <w:r>
        <w:rPr>
          <w:b w:val="0"/>
          <w:sz w:val="20"/>
        </w:rPr>
        <w:t>Monatlicher Mietzins : _________________ EUR</w:t>
      </w:r>
    </w:p>
    <w:p>
      <w:r>
        <w:rPr>
          <w:b w:val="0"/>
          <w:sz w:val="20"/>
        </w:rPr>
        <w:t>Zahlungsweise : ______________________________________________________________</w:t>
      </w:r>
    </w:p>
    <w:p>
      <w:r>
        <w:rPr>
          <w:b w:val="0"/>
          <w:sz w:val="20"/>
        </w:rPr>
        <w:t>Nebenkosten (z.B. Betriebskosten) : ___________________________________________</w:t>
      </w:r>
    </w:p>
    <w:p/>
    <w:p>
      <w:r>
        <w:rPr>
          <w:b/>
          <w:sz w:val="20"/>
        </w:rPr>
        <w:t>Pflichten und Rechte der Vertragsparteien :</w:t>
      </w:r>
    </w:p>
    <w:p>
      <w:r>
        <w:rPr>
          <w:b w:val="0"/>
          <w:sz w:val="20"/>
        </w:rPr>
        <w:t>Der Mieter verpflichtet sich, das Mietobjekt sorgsam zu behandeln und keine Veränderungen ohne Zustimmung des Vermieters vorzunehmen.</w:t>
      </w:r>
    </w:p>
    <w:p>
      <w:r>
        <w:rPr>
          <w:b w:val="0"/>
          <w:sz w:val="20"/>
        </w:rPr>
        <w:t>Der Vermieter sorgt für die ordnungsgemäße Instandhaltung des Mietobjekts.</w:t>
      </w:r>
    </w:p>
    <w:p/>
    <w:p>
      <w:r>
        <w:rPr>
          <w:b/>
          <w:sz w:val="20"/>
        </w:rPr>
        <w:t>Kündigung :</w:t>
      </w:r>
    </w:p>
    <w:p>
      <w:r>
        <w:rPr>
          <w:b w:val="0"/>
          <w:sz w:val="20"/>
        </w:rPr>
        <w:t>Während der Mindestmietdauer ist eine ordentliche Kündigung ausgeschlossen.</w:t>
      </w:r>
    </w:p>
    <w:p>
      <w:r>
        <w:rPr>
          <w:b w:val="0"/>
          <w:sz w:val="20"/>
        </w:rPr>
        <w:t>Eine außerordentliche Kündigung aus wichtigem Grund bleibt hiervon unberührt.</w:t>
      </w:r>
    </w:p>
    <w:p/>
    <w:p>
      <w:r>
        <w:rPr>
          <w:b/>
          <w:sz w:val="20"/>
        </w:rPr>
        <w:t>Rückgabe des Mietobjekts :</w:t>
      </w:r>
    </w:p>
    <w:p>
      <w:r>
        <w:rPr>
          <w:b w:val="0"/>
          <w:sz w:val="20"/>
        </w:rPr>
        <w:t>Das Mietobjekt ist nach Vertragsende in ordnungsgemäßem Zustand zurückzugeben.</w:t>
      </w:r>
    </w:p>
    <w:p>
      <w:r>
        <w:rPr>
          <w:b w:val="0"/>
          <w:sz w:val="20"/>
        </w:rPr>
        <w:t>Eventuelle Schäden sind vom Mieter zu ersetzen.</w:t>
      </w:r>
    </w:p>
    <w:p/>
    <w:p>
      <w:r>
        <w:rPr>
          <w:b/>
          <w:sz w:val="20"/>
        </w:rPr>
        <w:t>Sonstige Vereinbarungen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Änderungen und Ergänzungen dieses Vertrags bedürfen der Schriftform.</w:t>
      </w:r>
    </w:p>
    <w:p>
      <w:r>
        <w:rPr>
          <w:b w:val="0"/>
          <w:sz w:val="20"/>
        </w:rPr>
        <w:t>Sollten einzelne Bestimmungen dieses Vertrags unwirksam sein, bleibt der Vertrag im Übrigen wirksam.</w:t>
      </w:r>
    </w:p>
    <w:p>
      <w:r>
        <w:rPr>
          <w:b w:val="0"/>
          <w:sz w:val="20"/>
        </w:rPr>
        <w:t>Gerichtsstand ist der Wohnsitz des Vermieters, soweit gesetzlich zulässig.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https://musterhero.com/mietvertrag-option-verlangerung-muster/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mietvertrag-option-verlangerung-mus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