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MOTIVATIONSSCHREIBEN FÜR EINEN KITA-PLATZ</w:t>
      </w:r>
    </w:p>
    <w:p/>
    <w:p/>
    <w:p>
      <w:r>
        <w:rPr>
          <w:b w:val="0"/>
          <w:sz w:val="20"/>
        </w:rPr>
        <w:t>Sehr geehrte Damen und Herren,</w:t>
      </w:r>
    </w:p>
    <w:p/>
    <w:p>
      <w:r>
        <w:rPr>
          <w:b w:val="0"/>
          <w:sz w:val="20"/>
        </w:rPr>
        <w:t>hiermit bewerbe ich mich um einen Betreuungsplatz für mein Kind in Ihrer Kindertagesstätte. Mir ist es wichtig, meinem Kind eine liebevolle und fördernde Umgebung zu bieten, in der es sich wohlfühlt und individuell entwickeln kann.</w:t>
      </w:r>
    </w:p>
    <w:p/>
    <w:p>
      <w:r>
        <w:rPr>
          <w:b w:val="0"/>
          <w:sz w:val="20"/>
        </w:rPr>
        <w:t>Ich schätze die pädagogische Arbeit Ihrer Einrichtung sehr und bin überzeugt, dass mein Kind bei Ihnen bestmöglich betreut und gefördert wird. Besonders wichtig sind mir dabei die Berücksichtigung der individuellen Bedürfnisse sowie die Förderung sozialer Kompetenzen.</w:t>
      </w:r>
    </w:p>
    <w:p/>
    <w:p>
      <w:r>
        <w:rPr>
          <w:b w:val="0"/>
          <w:sz w:val="20"/>
        </w:rPr>
        <w:t>Als Elternteil lege ich großen Wert auf eine vertrauensvolle Zusammenarbeit mit dem Kita-Team und bringe mich aktiv in die Gemeinschaft ein. Ich unterstütze die pädagogischen Ziele der Einrichtung und möchte gemeinsam mit Ihnen die Entwicklung meines Kindes begleiten.</w:t>
      </w:r>
    </w:p>
    <w:p/>
    <w:p>
      <w:r>
        <w:rPr>
          <w:b w:val="0"/>
          <w:sz w:val="20"/>
        </w:rPr>
        <w:t>Für weitere Fragen stehe ich Ihnen gerne zur Verfügung und freue mich auf ein persönliches Gespräch.</w:t>
      </w:r>
    </w:p>
    <w:p/>
    <w:p/>
    <w:p>
      <w:r>
        <w:rPr>
          <w:b w:val="0"/>
          <w:sz w:val="20"/>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 _________________________</w:t>
            </w:r>
          </w:p>
        </w:tc>
      </w:tr>
      <w:tr>
        <w:tc>
          <w:tcPr>
            <w:tcW w:type="dxa" w:w="9972"/>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https://musterhero.com/motivationsschreiben-kita-platz-muster/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motivationsschreiben-kita-platz-muster/"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