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PACHTVERTRAG OFFENSTALL</w:t>
      </w:r>
    </w:p>
    <w:p/>
    <w:p>
      <w:r>
        <w:rPr>
          <w:b w:val="0"/>
          <w:sz w:val="20"/>
        </w:rPr>
        <w:t>Ort : ____________________________    Datum : ____________________________</w:t>
      </w:r>
    </w:p>
    <w:p/>
    <w:p>
      <w:r>
        <w:rPr>
          <w:b/>
          <w:sz w:val="20"/>
        </w:rPr>
        <w:t>Angaben des Verpächters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Pächters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zum Offenstall :</w:t>
      </w:r>
    </w:p>
    <w:p>
      <w:r>
        <w:rPr>
          <w:b w:val="0"/>
          <w:sz w:val="20"/>
        </w:rPr>
        <w:t>Lage und Adresse : ________________________________________________</w:t>
      </w:r>
    </w:p>
    <w:p>
      <w:r>
        <w:rPr>
          <w:b w:val="0"/>
          <w:sz w:val="20"/>
        </w:rPr>
        <w:t>Größe (m²) : ________________________________________________</w:t>
      </w:r>
    </w:p>
    <w:p>
      <w:r>
        <w:rPr>
          <w:b w:val="0"/>
          <w:sz w:val="20"/>
        </w:rPr>
        <w:t>Ausstattung : ___________________________________________________</w:t>
      </w:r>
    </w:p>
    <w:p>
      <w:r>
        <w:rPr>
          <w:b w:val="0"/>
          <w:sz w:val="20"/>
        </w:rPr>
        <w:t>Zustand : ___________________________________________________</w:t>
      </w:r>
    </w:p>
    <w:p/>
    <w:p>
      <w:r>
        <w:rPr>
          <w:b/>
          <w:sz w:val="20"/>
        </w:rPr>
        <w:t>Pachtzins und Zahlungsbedingungen :</w:t>
      </w:r>
    </w:p>
    <w:p>
      <w:r>
        <w:rPr>
          <w:b w:val="0"/>
          <w:sz w:val="20"/>
        </w:rPr>
        <w:t>Monatlicher Pachtzins : _________________ EUR</w:t>
      </w:r>
    </w:p>
    <w:p>
      <w:r>
        <w:rPr>
          <w:b w:val="0"/>
          <w:sz w:val="20"/>
        </w:rPr>
        <w:t>Zahlungsweise : ___________________________________________________</w:t>
      </w:r>
    </w:p>
    <w:p/>
    <w:p>
      <w:r>
        <w:rPr>
          <w:b/>
          <w:sz w:val="20"/>
        </w:rPr>
        <w:t>§ 1 – Pachtgegenstand</w:t>
      </w:r>
    </w:p>
    <w:p>
      <w:r>
        <w:rPr>
          <w:b w:val="0"/>
          <w:sz w:val="20"/>
        </w:rPr>
        <w:t>Der Verpächter verpachtet hiermit den oben beschriebenen Offenstall an den Pächter. Der Pächter nimmt die Pacht an.</w:t>
      </w:r>
    </w:p>
    <w:p/>
    <w:p>
      <w:r>
        <w:rPr>
          <w:b/>
          <w:sz w:val="20"/>
        </w:rPr>
        <w:t>§ 2 – Vertragsdauer</w:t>
      </w:r>
    </w:p>
    <w:p>
      <w:r>
        <w:rPr>
          <w:b w:val="0"/>
          <w:sz w:val="20"/>
        </w:rPr>
        <w:t>Der Vertrag beginnt mit Unterzeichnung und läuft auf unbestimmte Zeit. Die Kündigungsfrist beträgt drei Monate zum Monatsende.</w:t>
      </w:r>
    </w:p>
    <w:p/>
    <w:p>
      <w:r>
        <w:rPr>
          <w:b/>
          <w:sz w:val="20"/>
        </w:rPr>
        <w:t>§ 3 – Nutzung des Offenstalls</w:t>
      </w:r>
    </w:p>
    <w:p>
      <w:r>
        <w:rPr>
          <w:b w:val="0"/>
          <w:sz w:val="20"/>
        </w:rPr>
        <w:t>Der Offenstall darf ausschließlich zur Haltung von Pferden genutzt werden. Der Pächter verpflichtet sich, die Anlagen pfleglich zu behandeln und Schäden unverzüglich zu melden.</w:t>
      </w:r>
    </w:p>
    <w:p/>
    <w:p>
      <w:r>
        <w:rPr>
          <w:b/>
          <w:sz w:val="20"/>
        </w:rPr>
        <w:t>§ 4 – Pachtzins</w:t>
      </w:r>
    </w:p>
    <w:p>
      <w:r>
        <w:rPr>
          <w:b w:val="0"/>
          <w:sz w:val="20"/>
        </w:rPr>
        <w:t>Der Pächter zahlt den vereinbarten Pachtzins monatlich im Voraus, spätestens bis zum dritten Werktag eines jeden Monats.</w:t>
      </w:r>
    </w:p>
    <w:p/>
    <w:p>
      <w:r>
        <w:rPr>
          <w:b/>
          <w:sz w:val="20"/>
        </w:rPr>
        <w:t>§ 5 – Instandhaltung und Reparaturen</w:t>
      </w:r>
    </w:p>
    <w:p>
      <w:r>
        <w:rPr>
          <w:b w:val="0"/>
          <w:sz w:val="20"/>
        </w:rPr>
        <w:t>Der Verpächter ist für die Instandhaltung der baulichen Anlagen verantwortlich. Kleinere Schönheitsreparaturen trägt der Pächter.</w:t>
      </w:r>
    </w:p>
    <w:p/>
    <w:p>
      <w:r>
        <w:rPr>
          <w:b/>
          <w:sz w:val="20"/>
        </w:rPr>
        <w:t>§ 6 – Haftung</w:t>
      </w:r>
    </w:p>
    <w:p>
      <w:r>
        <w:rPr>
          <w:b w:val="0"/>
          <w:sz w:val="20"/>
        </w:rPr>
        <w:t>Der Pächter haftet für Schäden, die durch unsachgemäße Nutzung entstehen. Der Verpächter haftet nur für grob fahrlässige oder vorsätzliche Pflichtverletzungen.</w:t>
      </w:r>
    </w:p>
    <w:p/>
    <w:p>
      <w:r>
        <w:rPr>
          <w:b/>
          <w:sz w:val="20"/>
        </w:rPr>
        <w:t>§ 7 – Beendigung des Vertrags</w:t>
      </w:r>
    </w:p>
    <w:p>
      <w:r>
        <w:rPr>
          <w:b w:val="0"/>
          <w:sz w:val="20"/>
        </w:rPr>
        <w:t>Bei Beendigung des Vertrags ist der Offenstall in ordnungsgemäßem Zustand zurückzugeben. Ein Anspruch auf Entschädigung besteht nicht.</w:t>
      </w:r>
    </w:p>
    <w:p/>
    <w:p>
      <w:r>
        <w:rPr>
          <w:b/>
          <w:sz w:val="20"/>
        </w:rPr>
        <w:t>§ 8 – Schlussbestimmungen</w:t>
      </w:r>
    </w:p>
    <w:p>
      <w:r>
        <w:rPr>
          <w:b w:val="0"/>
          <w:sz w:val="20"/>
        </w:rPr>
        <w:t>Änderungen und Ergänzungen dieses Vertrags bedürfen der Schriftform. Sollten einzelne Bestimmungen unwirksam sein, bleibt die Wirksamkeit der übrigen unberührt.</w:t>
      </w:r>
    </w:p>
    <w:p/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VERPÄCHTER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PÄCHTER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https://musterhero.com/pachtvertrag-offenstall-muster/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pachtvertrag-offenstall-muster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