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RAUMBUCH – VORLAGE</w:t>
      </w:r>
    </w:p>
    <w:p/>
    <w:p>
      <w:r>
        <w:rPr>
          <w:b/>
          <w:sz w:val="20"/>
        </w:rPr>
        <w:t>Gebäudedaten:</w:t>
      </w:r>
    </w:p>
    <w:p>
      <w:r>
        <w:rPr>
          <w:b w:val="0"/>
          <w:sz w:val="20"/>
        </w:rPr>
        <w:t>Name des Gebäudes : 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Bauherr : ___________________________________________________________</w:t>
      </w:r>
    </w:p>
    <w:p>
      <w:r>
        <w:rPr>
          <w:b w:val="0"/>
          <w:sz w:val="20"/>
        </w:rPr>
        <w:t>Architekt : _________________________________________________________</w:t>
      </w:r>
    </w:p>
    <w:p/>
    <w:p>
      <w:r>
        <w:rPr>
          <w:b/>
          <w:sz w:val="20"/>
        </w:rPr>
        <w:t>Allgemeine Angaben zum Raumbuch:</w:t>
      </w:r>
    </w:p>
    <w:p>
      <w:r>
        <w:rPr>
          <w:b w:val="0"/>
          <w:sz w:val="20"/>
        </w:rPr>
        <w:t>Erstellt für : _______________________________________________________</w:t>
      </w:r>
    </w:p>
    <w:p>
      <w:r>
        <w:rPr>
          <w:b w:val="0"/>
          <w:sz w:val="20"/>
        </w:rPr>
        <w:t>Projektphase : _______________________________________________________</w:t>
      </w:r>
    </w:p>
    <w:p>
      <w:r>
        <w:rPr>
          <w:b w:val="0"/>
          <w:sz w:val="20"/>
        </w:rPr>
        <w:t>Erstellt von : _______________________________________________________</w:t>
      </w:r>
    </w:p>
    <w:p>
      <w:r>
        <w:rPr>
          <w:b w:val="0"/>
          <w:sz w:val="20"/>
        </w:rPr>
        <w:t>Version : ____________________________________________________________</w:t>
      </w:r>
    </w:p>
    <w:p/>
    <w:p>
      <w:pPr>
        <w:jc w:val="center"/>
      </w:pPr>
      <w:r>
        <w:rPr>
          <w:b/>
          <w:sz w:val="20"/>
        </w:rPr>
        <w:t>Raumbuch Übersicht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r>
              <w:rPr>
                <w:sz w:val="20"/>
              </w:rPr>
              <w:t>Raumnummer</w:t>
            </w:r>
          </w:p>
        </w:tc>
        <w:tc>
          <w:tcPr>
            <w:tcW w:type="dxa" w:w="1662"/>
          </w:tcPr>
          <w:p>
            <w:r>
              <w:rPr>
                <w:sz w:val="20"/>
              </w:rPr>
              <w:t>Raumbezeichnung</w:t>
            </w:r>
          </w:p>
        </w:tc>
        <w:tc>
          <w:tcPr>
            <w:tcW w:type="dxa" w:w="1662"/>
          </w:tcPr>
          <w:p>
            <w:r>
              <w:rPr>
                <w:sz w:val="20"/>
              </w:rPr>
              <w:t>Nutzungsart</w:t>
            </w:r>
          </w:p>
        </w:tc>
        <w:tc>
          <w:tcPr>
            <w:tcW w:type="dxa" w:w="1662"/>
          </w:tcPr>
          <w:p>
            <w:r>
              <w:rPr>
                <w:sz w:val="20"/>
              </w:rPr>
              <w:t>Fläche (m²)</w:t>
            </w:r>
          </w:p>
        </w:tc>
        <w:tc>
          <w:tcPr>
            <w:tcW w:type="dxa" w:w="1662"/>
          </w:tcPr>
          <w:p>
            <w:r>
              <w:rPr>
                <w:sz w:val="20"/>
              </w:rPr>
              <w:t>Bodenbelag</w:t>
            </w:r>
          </w:p>
        </w:tc>
        <w:tc>
          <w:tcPr>
            <w:tcW w:type="dxa" w:w="1662"/>
          </w:tcPr>
          <w:p>
            <w:r>
              <w:rPr>
                <w:sz w:val="20"/>
              </w:rPr>
              <w:t>Besonderheiten</w:t>
            </w:r>
          </w:p>
        </w:tc>
      </w:tr>
      <w:tr>
        <w:tc>
          <w:tcPr>
            <w:tcW w:type="dxa" w:w="1662"/>
          </w:tcPr>
          <w:p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r>
              <w:rPr>
                <w:sz w:val="20"/>
              </w:rPr>
            </w:r>
          </w:p>
        </w:tc>
      </w:tr>
    </w:tbl>
    <w:p/>
    <w:p>
      <w:r>
        <w:rPr>
          <w:b w:val="0"/>
          <w:sz w:val="20"/>
        </w:rPr>
        <w:t>Für weitere Räume bitte zusätzliche Zeilen einfügen.</w:t>
      </w:r>
    </w:p>
    <w:p/>
    <w:p>
      <w:r>
        <w:rPr>
          <w:b/>
          <w:sz w:val="20"/>
        </w:rPr>
        <w:t>Hinweise und rechtliche Hinweise:</w:t>
      </w:r>
    </w:p>
    <w:p>
      <w:r>
        <w:rPr>
          <w:b w:val="0"/>
          <w:sz w:val="20"/>
        </w:rPr>
        <w:t>1. Die Flächenangaben sind vor Ort zu überprüfen und gemäß DIN 277 zu erfassen.</w:t>
      </w:r>
    </w:p>
    <w:p>
      <w:r>
        <w:rPr>
          <w:b w:val="0"/>
          <w:sz w:val="20"/>
        </w:rPr>
        <w:t>2. Das Raumbuch dient als Grundlage für Ausschreibungen und Kostenberechnungen.</w:t>
      </w:r>
    </w:p>
    <w:p>
      <w:r>
        <w:rPr>
          <w:b w:val="0"/>
          <w:sz w:val="20"/>
        </w:rPr>
        <w:t>3. Änderungen und Ergänzungen sind schriftlich zu dokumentieren und zu genehmigen.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Erstellt von: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Freigegeben von: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https://musterhero.com/raumbuch-vorlagen/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raumbuch-vorlagen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