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REPARATURABLAUFPLAN</w:t>
      </w:r>
    </w:p>
    <w:p/>
    <w:p>
      <w:r>
        <w:rPr>
          <w:b/>
          <w:sz w:val="20"/>
        </w:rPr>
        <w:t>Auftraggeber / Kunde 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Gerät / Anlage :</w:t>
      </w:r>
    </w:p>
    <w:p>
      <w:r>
        <w:rPr>
          <w:b w:val="0"/>
          <w:sz w:val="20"/>
        </w:rPr>
        <w:t>Bezeichnung / Typ : ___________________________________________</w:t>
      </w:r>
    </w:p>
    <w:p>
      <w:r>
        <w:rPr>
          <w:b w:val="0"/>
          <w:sz w:val="20"/>
        </w:rPr>
        <w:t>Seriennummer : ________________________________________________</w:t>
      </w:r>
    </w:p>
    <w:p>
      <w:r>
        <w:rPr>
          <w:b w:val="0"/>
          <w:sz w:val="20"/>
        </w:rPr>
        <w:t>Auftragsnummer : ______________________________________________</w:t>
      </w:r>
    </w:p>
    <w:p/>
    <w:p>
      <w:r>
        <w:rPr>
          <w:b/>
          <w:sz w:val="20"/>
        </w:rPr>
        <w:t>Reparaturablauf und Tätigkeiten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1701"/>
          </w:tcPr>
          <w:p>
            <w:r>
              <w:t>Reparaturschritt</w:t>
            </w:r>
          </w:p>
        </w:tc>
        <w:tc>
          <w:tcPr>
            <w:tcW w:type="dxa" w:w="5669"/>
          </w:tcPr>
          <w:p>
            <w:r>
              <w:t>Beschreibung</w:t>
            </w:r>
          </w:p>
        </w:tc>
        <w:tc>
          <w:tcPr>
            <w:tcW w:type="dxa" w:w="2835"/>
          </w:tcPr>
          <w:p>
            <w:r>
              <w:t>Verantwortlicher / Datum</w:t>
            </w:r>
          </w:p>
        </w:tc>
      </w:tr>
      <w:tr>
        <w:tc>
          <w:tcPr>
            <w:tcW w:type="dxa" w:w="1701"/>
          </w:tcPr>
          <w:p>
            <w:r>
              <w:t>1.</w:t>
            </w:r>
          </w:p>
        </w:tc>
        <w:tc>
          <w:tcPr>
            <w:tcW w:type="dxa" w:w="5669"/>
          </w:tcPr>
          <w:p>
            <w:r/>
          </w:p>
        </w:tc>
        <w:tc>
          <w:tcPr>
            <w:tcW w:type="dxa" w:w="2835"/>
          </w:tcPr>
          <w:p>
            <w:r/>
          </w:p>
        </w:tc>
      </w:tr>
      <w:tr>
        <w:tc>
          <w:tcPr>
            <w:tcW w:type="dxa" w:w="1701"/>
          </w:tcPr>
          <w:p>
            <w:r>
              <w:t>2.</w:t>
            </w:r>
          </w:p>
        </w:tc>
        <w:tc>
          <w:tcPr>
            <w:tcW w:type="dxa" w:w="5669"/>
          </w:tcPr>
          <w:p>
            <w:r/>
          </w:p>
        </w:tc>
        <w:tc>
          <w:tcPr>
            <w:tcW w:type="dxa" w:w="2835"/>
          </w:tcPr>
          <w:p>
            <w:r/>
          </w:p>
        </w:tc>
      </w:tr>
      <w:tr>
        <w:tc>
          <w:tcPr>
            <w:tcW w:type="dxa" w:w="1701"/>
          </w:tcPr>
          <w:p>
            <w:r>
              <w:t>3.</w:t>
            </w:r>
          </w:p>
        </w:tc>
        <w:tc>
          <w:tcPr>
            <w:tcW w:type="dxa" w:w="5669"/>
          </w:tcPr>
          <w:p>
            <w:r/>
          </w:p>
        </w:tc>
        <w:tc>
          <w:tcPr>
            <w:tcW w:type="dxa" w:w="2835"/>
          </w:tcPr>
          <w:p>
            <w:r/>
          </w:p>
        </w:tc>
      </w:tr>
      <w:tr>
        <w:tc>
          <w:tcPr>
            <w:tcW w:type="dxa" w:w="1701"/>
          </w:tcPr>
          <w:p>
            <w:r>
              <w:t>4.</w:t>
            </w:r>
          </w:p>
        </w:tc>
        <w:tc>
          <w:tcPr>
            <w:tcW w:type="dxa" w:w="5669"/>
          </w:tcPr>
          <w:p>
            <w:r/>
          </w:p>
        </w:tc>
        <w:tc>
          <w:tcPr>
            <w:tcW w:type="dxa" w:w="2835"/>
          </w:tcPr>
          <w:p>
            <w:r/>
          </w:p>
        </w:tc>
      </w:tr>
      <w:tr>
        <w:tc>
          <w:tcPr>
            <w:tcW w:type="dxa" w:w="1701"/>
          </w:tcPr>
          <w:p>
            <w:r>
              <w:t>5.</w:t>
            </w:r>
          </w:p>
        </w:tc>
        <w:tc>
          <w:tcPr>
            <w:tcW w:type="dxa" w:w="5669"/>
          </w:tcPr>
          <w:p>
            <w:r/>
          </w:p>
        </w:tc>
        <w:tc>
          <w:tcPr>
            <w:tcW w:type="dxa" w:w="2835"/>
          </w:tcPr>
          <w:p>
            <w:r/>
          </w:p>
        </w:tc>
      </w:tr>
    </w:tbl>
    <w:p/>
    <w:p>
      <w:r>
        <w:rPr>
          <w:b/>
          <w:sz w:val="20"/>
        </w:rPr>
        <w:t>Qualitätskontrolle und Abnahme</w:t>
      </w:r>
    </w:p>
    <w:p>
      <w:r>
        <w:rPr>
          <w:b w:val="0"/>
          <w:sz w:val="20"/>
        </w:rPr>
        <w:t>Die durchgeführten Reparaturarbeiten wurden geprüft und entsprechen den vereinbarten Anforderungen.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Kunde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Werkstatt / Techniker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/>
    <w:p/>
    <w:p>
      <w:r>
        <w:rPr>
          <w:b/>
          <w:sz w:val="20"/>
        </w:rPr>
        <w:t>Haftungsausschluss</w:t>
      </w:r>
    </w:p>
    <w:p>
      <w:r>
        <w:rPr>
          <w:b w:val="0"/>
          <w:sz w:val="20"/>
        </w:rPr>
        <w:t>Die Werkstatt haftet nur für die ausdrücklich durchgeführten Reparaturarbeiten. Weitere Schäden oder Folgeschäden sind ausgeschlossen, sofern diese nicht vorsätzlich oder grob fahrlässig verursacht wurden.</w:t>
      </w:r>
    </w:p>
    <w:p/>
    <w:p>
      <w:r>
        <w:rPr>
          <w:b/>
          <w:sz w:val="20"/>
        </w:rPr>
        <w:t>Schlussbestimmungen</w:t>
      </w:r>
    </w:p>
    <w:p>
      <w:r>
        <w:rPr>
          <w:b w:val="0"/>
          <w:sz w:val="20"/>
        </w:rPr>
        <w:t>Für nicht geregelte Punkte gelten die Bestimmungen des Bürgerlichen Gesetzbuches (BGB). Gerichtsstand ist der Sitz der Werkstatt.</w:t>
      </w:r>
    </w:p>
    <w:p/>
    <w:p/>
    <w:p>
      <w:r>
        <w:rPr>
          <w:b w:val="0"/>
          <w:sz w:val="20"/>
        </w:rPr>
        <w:t>Ort : ________________________________________________</w:t>
      </w:r>
    </w:p>
    <w:p>
      <w:r>
        <w:rPr>
          <w:b w:val="0"/>
          <w:sz w:val="20"/>
        </w:rPr>
        <w:t>Datum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Kunde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Werkstatt / Techniker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https://musterhero.com/reparaturablaufplan-vorlage/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reparaturablaufpla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