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SCHADENSMELDUNG WASSERSCHADEN</w:t>
      </w:r>
    </w:p>
    <w:p/>
    <w:p>
      <w:r>
        <w:rPr>
          <w:b/>
          <w:sz w:val="20"/>
        </w:rPr>
        <w:t>Angaben zum Versicherungsnehmer: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Versicherungsnummer : _______________________________________________</w:t>
      </w:r>
    </w:p>
    <w:p/>
    <w:p>
      <w:r>
        <w:rPr>
          <w:b/>
          <w:sz w:val="20"/>
        </w:rPr>
        <w:t>Angaben zum Wasserschaden:</w:t>
      </w:r>
    </w:p>
    <w:p>
      <w:r>
        <w:rPr>
          <w:b w:val="0"/>
          <w:sz w:val="20"/>
        </w:rPr>
        <w:t>Adresse des Schadensortes : _________________________________________</w:t>
      </w:r>
    </w:p>
    <w:p>
      <w:r>
        <w:rPr>
          <w:b w:val="0"/>
          <w:sz w:val="20"/>
        </w:rPr>
        <w:t>Art der Immobilie : __________________________________________________</w:t>
      </w:r>
    </w:p>
    <w:p>
      <w:r>
        <w:rPr>
          <w:b w:val="0"/>
          <w:sz w:val="20"/>
        </w:rPr>
        <w:t>Ort des Schadens (Raum/Stockwerk) : _________________________________</w:t>
      </w:r>
    </w:p>
    <w:p>
      <w:r>
        <w:rPr>
          <w:b w:val="0"/>
          <w:sz w:val="20"/>
        </w:rPr>
        <w:t>Beschreibung des Schadens : _________________________________________</w:t>
      </w:r>
    </w:p>
    <w:p>
      <w:r>
        <w:rPr>
          <w:b w:val="0"/>
          <w:sz w:val="20"/>
        </w:rPr>
        <w:t>Ursache des Wasserschadens : ________________________________________</w:t>
      </w:r>
    </w:p>
    <w:p>
      <w:r>
        <w:rPr>
          <w:b w:val="0"/>
          <w:sz w:val="20"/>
        </w:rPr>
        <w:t>Bekannte Schäden an Einrichtungsgegenständen oder Gebäudeteilen : 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 w:val="0"/>
          <w:sz w:val="20"/>
        </w:rPr>
        <w:t>Zeitpunkt des Schadens (ungefähr) : __________________________________</w:t>
      </w:r>
    </w:p>
    <w:p/>
    <w:p>
      <w:r>
        <w:rPr>
          <w:b/>
          <w:sz w:val="20"/>
        </w:rPr>
        <w:t>Ergriffene Sofortmaßnahmen zur Schadenbegrenzung 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Schadenmeldung durch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 : _____________________________________________________________</w:t>
      </w:r>
    </w:p>
    <w:p/>
    <w:p>
      <w:r>
        <w:rPr>
          <w:b/>
          <w:sz w:val="20"/>
        </w:rPr>
        <w:t>Versicherungsbedingungen und Hinweise:</w:t>
      </w:r>
    </w:p>
    <w:p>
      <w:r>
        <w:rPr>
          <w:b w:val="0"/>
          <w:sz w:val="20"/>
        </w:rPr>
        <w:t>Der Versicherungsnehmer bestätigt, dass alle Angaben wahrheitsgemäß und vollständig sind.</w:t>
      </w:r>
    </w:p>
    <w:p>
      <w:r>
        <w:rPr>
          <w:b w:val="0"/>
          <w:sz w:val="20"/>
        </w:rPr>
        <w:t>Die Schadenmeldung erfolgt unverzüglich nach Bekanntwerden des Schadens.</w:t>
      </w:r>
    </w:p>
    <w:p>
      <w:r>
        <w:rPr>
          <w:b w:val="0"/>
          <w:sz w:val="20"/>
        </w:rPr>
        <w:t>Die Versicherung behält sich das Recht vor, den Schaden durch einen Sachverständigen prüfen zu lassen.</w:t>
      </w:r>
    </w:p>
    <w:p/>
    <w:p>
      <w:r>
        <w:rPr>
          <w:b w:val="0"/>
          <w:sz w:val="20"/>
        </w:rPr>
        <w:t>Ort : ___________________________________    Datum : 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VERSICHERER / BEAUFTRAGTER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https://musterhero.com/schadensmeldung-wasserschaden-vorlage/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schadensmeldung-wasserschaden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