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SCHLÜSSELÜBERGABEPROTOKOLL</w:t>
      </w:r>
    </w:p>
    <w:p/>
    <w:p>
      <w:r>
        <w:rPr>
          <w:b/>
          <w:sz w:val="20"/>
        </w:rPr>
        <w:t>Angaben zum Übergabeobjekt: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Objektart : ______________________________________________________________</w:t>
      </w:r>
    </w:p>
    <w:p>
      <w:r>
        <w:rPr>
          <w:b w:val="0"/>
          <w:sz w:val="20"/>
        </w:rPr>
        <w:t>Besonderheiten / Zustand : _______________________________________________</w:t>
      </w:r>
    </w:p>
    <w:p/>
    <w:p>
      <w:r>
        <w:rPr>
          <w:b/>
          <w:sz w:val="20"/>
        </w:rPr>
        <w:t>Angaben zum Übergeber (Vermieter/Eigentümer) :</w:t>
      </w:r>
    </w:p>
    <w:p>
      <w:r>
        <w:rPr>
          <w:b w:val="0"/>
          <w:sz w:val="20"/>
        </w:rPr>
        <w:t>Vor- und Nachname : 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zum Übernehmer (Mieter/Empfänger) :</w:t>
      </w:r>
    </w:p>
    <w:p>
      <w:r>
        <w:rPr>
          <w:b w:val="0"/>
          <w:sz w:val="20"/>
        </w:rPr>
        <w:t>Vor- und Nachname : 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Übergabe der Schlüssel:</w:t>
      </w:r>
    </w:p>
    <w:p>
      <w:r>
        <w:rPr>
          <w:b w:val="0"/>
          <w:sz w:val="20"/>
        </w:rPr>
        <w:t>Anzahl der übergebenen Schlüssel : _________________</w:t>
      </w:r>
    </w:p>
    <w:p>
      <w:r>
        <w:rPr>
          <w:b w:val="0"/>
          <w:sz w:val="20"/>
        </w:rPr>
        <w:t>Schlüsselart / Beschreibung : ___________________________________________</w:t>
      </w:r>
    </w:p>
    <w:p>
      <w:r>
        <w:rPr>
          <w:b w:val="0"/>
          <w:sz w:val="20"/>
        </w:rPr>
        <w:t>Besondere Hinweise zur Schlüsselübergabe : ______________________________</w:t>
      </w:r>
    </w:p>
    <w:p/>
    <w:p>
      <w:r>
        <w:rPr>
          <w:b/>
          <w:sz w:val="20"/>
        </w:rPr>
        <w:t>Zustand bei Übergabe:</w:t>
      </w:r>
    </w:p>
    <w:p>
      <w:r>
        <w:rPr>
          <w:b w:val="0"/>
          <w:sz w:val="20"/>
        </w:rPr>
        <w:t>Das Objekt wurde besichtigt und befindet sich in folgendem Zustand:</w:t>
      </w:r>
    </w:p>
    <w:p>
      <w:r>
        <w:rPr>
          <w:b w:val="0"/>
          <w:sz w:val="20"/>
        </w:rPr>
        <w:t>- Sauberkeit : ___________________________________________________________</w:t>
      </w:r>
    </w:p>
    <w:p>
      <w:r>
        <w:rPr>
          <w:b w:val="0"/>
          <w:sz w:val="20"/>
        </w:rPr>
        <w:t>- Schäden : ______________________________________________________________</w:t>
      </w:r>
    </w:p>
    <w:p>
      <w:r>
        <w:rPr>
          <w:b w:val="0"/>
          <w:sz w:val="20"/>
        </w:rPr>
        <w:t>- Funktionstüchtigkeit von technischen Einrichtungen : _____________________</w:t>
      </w:r>
    </w:p>
    <w:p/>
    <w:p>
      <w:r>
        <w:rPr>
          <w:b/>
          <w:sz w:val="20"/>
        </w:rPr>
        <w:t>Haftungsausschluss und sonstige Vereinbarungen:</w:t>
      </w:r>
    </w:p>
    <w:p>
      <w:r>
        <w:rPr>
          <w:b w:val="0"/>
          <w:sz w:val="20"/>
        </w:rPr>
        <w:t>Der Übergeber bestätigt, dass das Objekt zum Zeitpunkt der Schlüsselübergabe in dem beschriebenen Zustand ist.</w:t>
      </w:r>
    </w:p>
    <w:p>
      <w:r>
        <w:rPr>
          <w:b w:val="0"/>
          <w:sz w:val="20"/>
        </w:rPr>
        <w:t>Der Übernehmer übernimmt die Verantwortung für das Objekt ab dem Zeitpunkt der Übergabe der Schlüssel.</w:t>
      </w:r>
    </w:p>
    <w:p>
      <w:r>
        <w:rPr>
          <w:b w:val="0"/>
          <w:sz w:val="20"/>
        </w:rPr>
        <w:t>Sonstige Vereinbarungen : __________________________________________________</w:t>
      </w:r>
    </w:p>
    <w:p/>
    <w:p/>
    <w:p>
      <w:r>
        <w:rPr>
          <w:b w:val="0"/>
          <w:sz w:val="20"/>
        </w:rPr>
        <w:t>Ort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ÜBERGEGER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https://musterhero.com/schlusselubergabeprotokoll-vorlage/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schlusselubergabeprotokoll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