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STREAMPLAN VORLAGE</w:t>
      </w:r>
    </w:p>
    <w:p/>
    <w:p/>
    <w:p>
      <w:r>
        <w:rPr>
          <w:b/>
          <w:sz w:val="20"/>
        </w:rPr>
        <w:t>Allgemeine Informationen</w:t>
      </w:r>
    </w:p>
    <w:p>
      <w:r>
        <w:rPr>
          <w:b w:val="0"/>
          <w:sz w:val="20"/>
        </w:rPr>
        <w:t>Kanalname : ________________________________________________</w:t>
      </w:r>
    </w:p>
    <w:p>
      <w:r>
        <w:rPr>
          <w:b w:val="0"/>
          <w:sz w:val="20"/>
        </w:rPr>
        <w:t>Streaming-Plattform : _______________________________________</w:t>
      </w:r>
    </w:p>
    <w:p>
      <w:r>
        <w:rPr>
          <w:b w:val="0"/>
          <w:sz w:val="20"/>
        </w:rPr>
        <w:t>Streaming-Zeiten / Tage : ____________________________________</w:t>
      </w:r>
    </w:p>
    <w:p>
      <w:r>
        <w:rPr>
          <w:b w:val="0"/>
          <w:sz w:val="20"/>
        </w:rPr>
        <w:t>Themen / Spiele : ___________________________________________</w:t>
      </w:r>
    </w:p>
    <w:p/>
    <w:p>
      <w:r>
        <w:rPr>
          <w:b/>
          <w:sz w:val="20"/>
        </w:rPr>
        <w:t>Vorbereitung</w:t>
      </w:r>
    </w:p>
    <w:p>
      <w:r>
        <w:rPr>
          <w:b w:val="0"/>
          <w:sz w:val="20"/>
        </w:rPr>
        <w:t>Technische Ausrüstung prüfen (Kamera, Mikrofon, Beleuchtung) : ______________</w:t>
      </w:r>
    </w:p>
    <w:p>
      <w:r>
        <w:rPr>
          <w:b w:val="0"/>
          <w:sz w:val="20"/>
        </w:rPr>
        <w:t>Software und Overlay starten und konfigurieren : ___________________________</w:t>
      </w:r>
    </w:p>
    <w:p>
      <w:r>
        <w:rPr>
          <w:b w:val="0"/>
          <w:sz w:val="20"/>
        </w:rPr>
        <w:t>Internetverbindung prüfen : _______________________________________________</w:t>
      </w:r>
    </w:p>
    <w:p>
      <w:r>
        <w:rPr>
          <w:b w:val="0"/>
          <w:sz w:val="20"/>
        </w:rPr>
        <w:t>Chatmoderation und Moderatoren benennen : ________________________________</w:t>
      </w:r>
    </w:p>
    <w:p/>
    <w:p>
      <w:r>
        <w:rPr>
          <w:b/>
          <w:sz w:val="20"/>
        </w:rPr>
        <w:t>Stream-Ablaufplan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Zeit</w:t>
            </w:r>
          </w:p>
        </w:tc>
        <w:tc>
          <w:tcPr>
            <w:tcW w:type="dxa" w:w="3324"/>
          </w:tcPr>
          <w:p>
            <w:r>
              <w:t>Aktivität</w:t>
            </w:r>
          </w:p>
        </w:tc>
        <w:tc>
          <w:tcPr>
            <w:tcW w:type="dxa" w:w="3324"/>
          </w:tcPr>
          <w:p>
            <w:r>
              <w:t>Bemerkungen</w:t>
            </w:r>
          </w:p>
        </w:tc>
      </w:tr>
      <w:tr>
        <w:tc>
          <w:tcPr>
            <w:tcW w:type="dxa" w:w="3324"/>
          </w:tcPr>
          <w:p>
            <w:r>
              <w:t>________________</w:t>
            </w:r>
          </w:p>
        </w:tc>
        <w:tc>
          <w:tcPr>
            <w:tcW w:type="dxa" w:w="3324"/>
          </w:tcPr>
          <w:p>
            <w:r>
              <w:t>Begrüßung</w:t>
            </w:r>
          </w:p>
        </w:tc>
        <w:tc>
          <w:tcPr>
            <w:tcW w:type="dxa" w:w="3324"/>
          </w:tcPr>
          <w:p>
            <w:r>
              <w:t>________________________________________________</w:t>
            </w:r>
          </w:p>
        </w:tc>
      </w:tr>
      <w:tr>
        <w:tc>
          <w:tcPr>
            <w:tcW w:type="dxa" w:w="3324"/>
          </w:tcPr>
          <w:p>
            <w:r>
              <w:t>________________</w:t>
            </w:r>
          </w:p>
        </w:tc>
        <w:tc>
          <w:tcPr>
            <w:tcW w:type="dxa" w:w="3324"/>
          </w:tcPr>
          <w:p>
            <w:r>
              <w:t>Hauptspiel</w:t>
            </w:r>
          </w:p>
        </w:tc>
        <w:tc>
          <w:tcPr>
            <w:tcW w:type="dxa" w:w="3324"/>
          </w:tcPr>
          <w:p>
            <w:r>
              <w:t>________________________________________________</w:t>
            </w:r>
          </w:p>
        </w:tc>
      </w:tr>
      <w:tr>
        <w:tc>
          <w:tcPr>
            <w:tcW w:type="dxa" w:w="3324"/>
          </w:tcPr>
          <w:p>
            <w:r>
              <w:t>________________</w:t>
            </w:r>
          </w:p>
        </w:tc>
        <w:tc>
          <w:tcPr>
            <w:tcW w:type="dxa" w:w="3324"/>
          </w:tcPr>
          <w:p>
            <w:r>
              <w:t>Pausen</w:t>
            </w:r>
          </w:p>
        </w:tc>
        <w:tc>
          <w:tcPr>
            <w:tcW w:type="dxa" w:w="3324"/>
          </w:tcPr>
          <w:p>
            <w:r>
              <w:t>________________________________________________</w:t>
            </w:r>
          </w:p>
        </w:tc>
      </w:tr>
      <w:tr>
        <w:tc>
          <w:tcPr>
            <w:tcW w:type="dxa" w:w="3324"/>
          </w:tcPr>
          <w:p>
            <w:r>
              <w:t>________________</w:t>
            </w:r>
          </w:p>
        </w:tc>
        <w:tc>
          <w:tcPr>
            <w:tcW w:type="dxa" w:w="3324"/>
          </w:tcPr>
          <w:p>
            <w:r>
              <w:t>Interaktionen</w:t>
            </w:r>
          </w:p>
        </w:tc>
        <w:tc>
          <w:tcPr>
            <w:tcW w:type="dxa" w:w="3324"/>
          </w:tcPr>
          <w:p>
            <w:r>
              <w:t>________________________________________________</w:t>
            </w:r>
          </w:p>
        </w:tc>
      </w:tr>
      <w:tr>
        <w:tc>
          <w:tcPr>
            <w:tcW w:type="dxa" w:w="3324"/>
          </w:tcPr>
          <w:p>
            <w:r>
              <w:t>________________</w:t>
            </w:r>
          </w:p>
        </w:tc>
        <w:tc>
          <w:tcPr>
            <w:tcW w:type="dxa" w:w="3324"/>
          </w:tcPr>
          <w:p>
            <w:r>
              <w:t>Verabschiedung</w:t>
            </w:r>
          </w:p>
        </w:tc>
        <w:tc>
          <w:tcPr>
            <w:tcW w:type="dxa" w:w="3324"/>
          </w:tcPr>
          <w:p>
            <w:r>
              <w:t>________________________________________________</w:t>
            </w:r>
          </w:p>
        </w:tc>
      </w:tr>
    </w:tbl>
    <w:p/>
    <w:p>
      <w:r>
        <w:rPr>
          <w:b/>
          <w:sz w:val="20"/>
        </w:rPr>
        <w:t>Rechtliche Hinweise</w:t>
      </w:r>
    </w:p>
    <w:p>
      <w:r>
        <w:rPr>
          <w:b w:val="0"/>
          <w:sz w:val="20"/>
        </w:rPr>
        <w:t>Der Streamer verpflichtet sich, alle geltenden Urheberrechtsbestimmungen einzuhalten und keine rechtswidrigen Inhalte zu verbreiten. Die Verantwortung für die Inhalte liegt beim Streamer.</w:t>
      </w:r>
    </w:p>
    <w:p/>
    <w:p>
      <w:r>
        <w:rPr>
          <w:b/>
          <w:sz w:val="20"/>
        </w:rPr>
        <w:t>Verhaltensregeln für den Stream</w:t>
      </w:r>
    </w:p>
    <w:p>
      <w:r>
        <w:rPr>
          <w:b w:val="0"/>
          <w:sz w:val="20"/>
        </w:rPr>
        <w:t>Respektvoller Umgang mit Zuschauern und anderen Streamern ist verpflichtend.</w:t>
      </w:r>
    </w:p>
    <w:p>
      <w:r>
        <w:rPr>
          <w:b w:val="0"/>
          <w:sz w:val="20"/>
        </w:rPr>
        <w:t>Diskriminierende, beleidigende oder strafbare Äußerungen sind untersagt.</w:t>
      </w:r>
    </w:p>
    <w:p>
      <w:r>
        <w:rPr>
          <w:b w:val="0"/>
          <w:sz w:val="20"/>
        </w:rPr>
        <w:t>Der Streamer ist für die Einhaltung der Plattformrichtlinien verantwortlich.</w:t>
      </w:r>
    </w:p>
    <w:p/>
    <w:p>
      <w:r>
        <w:rPr>
          <w:b/>
          <w:sz w:val="20"/>
        </w:rPr>
        <w:t>Notizen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Streamer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Moderator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https://musterhero.com/streamplan-vorlage/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streamplan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