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SONDERKÜNDIGUNG TELEKOM – UMZUGSVORLAGE</w:t>
      </w:r>
    </w:p>
    <w:p/>
    <w:p>
      <w:r>
        <w:rPr>
          <w:b/>
          <w:sz w:val="20"/>
        </w:rPr>
        <w:t>Anbieter:</w:t>
      </w:r>
    </w:p>
    <w:p>
      <w:r>
        <w:rPr>
          <w:b w:val="0"/>
          <w:sz w:val="20"/>
        </w:rPr>
        <w:t>Deutsche Telekom AG</w:t>
      </w:r>
    </w:p>
    <w:p>
      <w:r>
        <w:rPr>
          <w:b w:val="0"/>
          <w:sz w:val="20"/>
        </w:rPr>
        <w:t>Kundenservice</w:t>
      </w:r>
    </w:p>
    <w:p>
      <w:r>
        <w:rPr>
          <w:b w:val="0"/>
          <w:sz w:val="20"/>
        </w:rPr>
        <w:t>53171 Bonn</w:t>
      </w:r>
    </w:p>
    <w:p/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Vor- und Nachname : _________________________________________________</w:t>
      </w:r>
    </w:p>
    <w:p>
      <w:r>
        <w:rPr>
          <w:b w:val="0"/>
          <w:sz w:val="20"/>
        </w:rPr>
        <w:t>Straße, Hausnummer : _________________________________________________</w:t>
      </w:r>
    </w:p>
    <w:p>
      <w:r>
        <w:rPr>
          <w:b w:val="0"/>
          <w:sz w:val="20"/>
        </w:rPr>
        <w:t>PLZ, Ort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>
      <w:r>
        <w:rPr>
          <w:b w:val="0"/>
          <w:sz w:val="20"/>
        </w:rPr>
        <w:t>Kundennummer : _______________________________________________________</w:t>
      </w:r>
    </w:p>
    <w:p/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Sonderkündigung meines Telekom-Vertrages aufgrund Umzugs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meinen Telekom-Vertrag außerordentlich und fristgerecht wegen meines bevorstehenden Umzugs. An der neuen Adresse kann ich den Vertrag nicht weiter nutzen. Bitte bestätigen Sie mir die Kündigung schriftlich.</w:t>
      </w:r>
    </w:p>
    <w:p/>
    <w:p>
      <w:r>
        <w:rPr>
          <w:b w:val="0"/>
          <w:sz w:val="20"/>
        </w:rPr>
        <w:t>Meine Vertragsdaten lauten wie folgt:</w:t>
      </w:r>
    </w:p>
    <w:p>
      <w:r>
        <w:rPr>
          <w:b w:val="0"/>
          <w:sz w:val="20"/>
        </w:rPr>
        <w:t>Vertragsnummer : ___________________________________________</w:t>
      </w:r>
    </w:p>
    <w:p>
      <w:r>
        <w:rPr>
          <w:b w:val="0"/>
          <w:sz w:val="20"/>
        </w:rPr>
        <w:t>Telefonnummer : ___________________________________________</w:t>
      </w:r>
    </w:p>
    <w:p/>
    <w:p>
      <w:r>
        <w:rPr>
          <w:b w:val="0"/>
          <w:sz w:val="20"/>
        </w:rPr>
        <w:t>Zudem bitte ich Sie, mir einen Nachweis über die Sonderkündigung und das Vertragsende auszustellen.</w:t>
      </w:r>
    </w:p>
    <w:p/>
    <w:p/>
    <w:p>
      <w:r>
        <w:rPr>
          <w:b/>
          <w:sz w:val="20"/>
        </w:rPr>
        <w:t>Neue Anschrift:</w:t>
      </w:r>
    </w:p>
    <w:p>
      <w:r>
        <w:rPr>
          <w:b w:val="0"/>
          <w:sz w:val="20"/>
        </w:rPr>
        <w:t>Straße, Hausnummer : _________________________________________________</w:t>
      </w:r>
    </w:p>
    <w:p>
      <w:r>
        <w:rPr>
          <w:b w:val="0"/>
          <w:sz w:val="20"/>
        </w:rPr>
        <w:t>PLZ, Ort : ___________________________________________________________</w:t>
      </w:r>
    </w:p>
    <w:p/>
    <w:p/>
    <w:p>
      <w:r>
        <w:rPr>
          <w:b w:val="0"/>
          <w:sz w:val="20"/>
        </w:rPr>
        <w:t>Bitte senden Sie mir außerdem Informationen zur Rückgabe von Hardware und zur Abwicklung der Kundenunterlagen.</w:t>
      </w:r>
    </w:p>
    <w:p/>
    <w:p/>
    <w:p>
      <w:r>
        <w:rPr>
          <w:b w:val="0"/>
          <w:sz w:val="20"/>
        </w:rPr>
        <w:t>Mit freundlichen Grüßen,</w:t>
      </w:r>
    </w:p>
    <w:p/>
    <w:p/>
    <w:p/>
    <w:p/>
    <w:p>
      <w:r>
        <w:rPr>
          <w:b w:val="0"/>
          <w:sz w:val="20"/>
        </w:rPr>
        <w:t>___________________________________</w:t>
      </w:r>
    </w:p>
    <w:p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______________________________________    Datum : 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Telekom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https://musterhero.com/telekom-sonderkundigung-umzug-vorlage/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telekom-sonderkundigung-umzug-vorlag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