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UNABKÖMMLICHKEITSBESCHEINIGUNG</w:t>
      </w:r>
    </w:p>
    <w:p/>
    <w:p/>
    <w:p>
      <w:r>
        <w:rPr>
          <w:b/>
          <w:sz w:val="20"/>
        </w:rPr>
        <w:t>Angaben zum Arbeitnehmer: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: 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Beschäftigungsstelle : ________________________________________________</w:t>
      </w:r>
    </w:p>
    <w:p/>
    <w:p>
      <w:r>
        <w:rPr>
          <w:b/>
          <w:sz w:val="20"/>
        </w:rPr>
        <w:t>Angaben zum Arbeitgeber:</w:t>
      </w:r>
    </w:p>
    <w:p>
      <w:r>
        <w:rPr>
          <w:b w:val="0"/>
          <w:sz w:val="20"/>
        </w:rPr>
        <w:t>Firmenname : 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Hiermit wird bestätigt, dass der oben genannte Arbeitnehmer aufgrund folgender Gründe unabkömmlich ist: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/>
          <w:sz w:val="20"/>
        </w:rPr>
        <w:t>Die Unabkömmlichkeit besteht für den Zeitraum von ______________ bis ______________.</w:t>
      </w:r>
    </w:p>
    <w:p>
      <w:r>
        <w:rPr>
          <w:b w:val="0"/>
          <w:sz w:val="20"/>
        </w:rPr>
        <w:t>Während dieses Zeitraums ist ein Ersatz nicht möglich, da eine dringende betriebliche Notwendigkeit vorliegt.</w:t>
      </w:r>
    </w:p>
    <w:p/>
    <w:p>
      <w:r>
        <w:rPr>
          <w:b/>
          <w:sz w:val="20"/>
        </w:rPr>
        <w:t>Rechtliche Hinweise:</w:t>
      </w:r>
    </w:p>
    <w:p>
      <w:r>
        <w:rPr>
          <w:b w:val="0"/>
          <w:sz w:val="20"/>
        </w:rPr>
        <w:t>Diese Bescheinigung dient als Nachweis für die Unabkömmlichkeit des Arbeitnehmers nach § 616 BGB.</w:t>
      </w:r>
    </w:p>
    <w:p>
      <w:r>
        <w:rPr>
          <w:b w:val="0"/>
          <w:sz w:val="20"/>
        </w:rPr>
        <w:t>Der Arbeitgeber bestätigt hiermit die Richtigkeit der Angaben und übernimmt die Verantwortung.</w:t>
      </w:r>
    </w:p>
    <w:p/>
    <w:p>
      <w:r>
        <w:rPr>
          <w:b w:val="0"/>
          <w:sz w:val="20"/>
        </w:rPr>
        <w:t>Ort : ________________________________________________________________</w:t>
      </w:r>
    </w:p>
    <w:p>
      <w:r>
        <w:rPr>
          <w:b w:val="0"/>
          <w:sz w:val="20"/>
        </w:rPr>
        <w:t>Datum : 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https://musterhero.com/unabkommlichkeitsbescheinigung/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unabkommlichkeitsbescheinigung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