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VERBANDBUCH</w:t>
      </w:r>
    </w:p>
    <w:p/>
    <w:p/>
    <w:p>
      <w:r>
        <w:rPr>
          <w:b/>
          <w:sz w:val="20"/>
        </w:rPr>
        <w:t>Allgemeine Angaben</w:t>
      </w:r>
    </w:p>
    <w:p>
      <w:r>
        <w:rPr>
          <w:b w:val="0"/>
          <w:sz w:val="20"/>
        </w:rPr>
        <w:t>Name des Vereins / der Organisation : _______________________________________________</w:t>
      </w:r>
    </w:p>
    <w:p>
      <w:r>
        <w:rPr>
          <w:b w:val="0"/>
          <w:sz w:val="20"/>
        </w:rPr>
        <w:t>Verantwortliche Person : 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__________________________________________________________________</w:t>
      </w:r>
    </w:p>
    <w:p>
      <w:r>
        <w:rPr>
          <w:b w:val="0"/>
          <w:sz w:val="20"/>
        </w:rPr>
        <w:t>E-Mail-Adresse : _________________________________________________________________</w:t>
      </w:r>
    </w:p>
    <w:p/>
    <w:p>
      <w:r>
        <w:rPr>
          <w:b/>
          <w:sz w:val="20"/>
        </w:rPr>
        <w:t>Eintragungen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1994"/>
          </w:tcPr>
          <w:p>
            <w:r>
              <w:t>Datum</w:t>
            </w:r>
          </w:p>
        </w:tc>
        <w:tc>
          <w:tcPr>
            <w:tcW w:type="dxa" w:w="1994"/>
          </w:tcPr>
          <w:p>
            <w:r>
              <w:t>Name</w:t>
            </w:r>
          </w:p>
        </w:tc>
        <w:tc>
          <w:tcPr>
            <w:tcW w:type="dxa" w:w="1994"/>
          </w:tcPr>
          <w:p>
            <w:r>
              <w:t>Vorgang / Anlass</w:t>
            </w:r>
          </w:p>
        </w:tc>
        <w:tc>
          <w:tcPr>
            <w:tcW w:type="dxa" w:w="1994"/>
          </w:tcPr>
          <w:p>
            <w:r>
              <w:t>Beschreibung / Details</w:t>
            </w:r>
          </w:p>
        </w:tc>
        <w:tc>
          <w:tcPr>
            <w:tcW w:type="dxa" w:w="1994"/>
          </w:tcPr>
          <w:p>
            <w:r>
              <w:t>Unterschrift</w:t>
            </w:r>
          </w:p>
        </w:tc>
      </w:tr>
      <w:tr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</w:tr>
      <w:tr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</w:tr>
      <w:tr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</w:tr>
      <w:tr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</w:tr>
      <w:tr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</w:tr>
      <w:tr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</w:tr>
      <w:tr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</w:tr>
      <w:tr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</w:tr>
      <w:tr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</w:tr>
      <w:tr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</w:tr>
    </w:tbl>
    <w:p/>
    <w:p>
      <w:r>
        <w:rPr>
          <w:b/>
          <w:sz w:val="20"/>
        </w:rPr>
        <w:t>Hinweise und Bestimmungen</w:t>
      </w:r>
    </w:p>
    <w:p>
      <w:r>
        <w:rPr>
          <w:b w:val="0"/>
          <w:sz w:val="20"/>
        </w:rPr>
        <w:t>1. Dieses Verbandbuch dient zur ordnungsgemäßen Dokumentation von Vorgängen und Ereignissen innerhalb des Vereins oder der Organisation.</w:t>
      </w:r>
    </w:p>
    <w:p>
      <w:r>
        <w:rPr>
          <w:b w:val="0"/>
          <w:sz w:val="20"/>
        </w:rPr>
        <w:t>2. Alle Eintragungen sind vollständig, wahrheitsgemäß und zeitnah vorzunehmen.</w:t>
      </w:r>
    </w:p>
    <w:p>
      <w:r>
        <w:rPr>
          <w:b w:val="0"/>
          <w:sz w:val="20"/>
        </w:rPr>
        <w:t>3. Das Verbandbuch ist sicher aufzubewahren und vor unbefugtem Zugriff zu schützen.</w:t>
      </w:r>
    </w:p>
    <w:p>
      <w:r>
        <w:rPr>
          <w:b w:val="0"/>
          <w:sz w:val="20"/>
        </w:rPr>
        <w:t>4. Die verantwortliche Person trägt Sorge für die Führung und Kontrolle der Eintragungen.</w:t>
      </w:r>
    </w:p>
    <w:p>
      <w:r>
        <w:rPr>
          <w:b w:val="0"/>
          <w:sz w:val="20"/>
        </w:rPr>
        <w:t>5. Rechtsgrundlagen und interne Regelungen sind einzuhalten und können ergänzend herangezogen werden.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Verantwortliche Person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Vertreter des Vereins / der Organisation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https://musterhero.com/verbandbuch-vorlage/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https://musterhero.com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musterhero.com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hero.com/verbandbuch-vorlage/" TargetMode="External"/><Relationship Id="rId10" Type="http://schemas.openxmlformats.org/officeDocument/2006/relationships/hyperlink" Target="https://musterhe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