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VERLÄNGERUNG DARLEHENSVERTRAG</w:t>
      </w:r>
    </w:p>
    <w:p/>
    <w:p>
      <w:r>
        <w:rPr>
          <w:b/>
          <w:sz w:val="20"/>
        </w:rPr>
        <w:t>Zwischen</w:t>
      </w:r>
    </w:p>
    <w:p>
      <w:r>
        <w:rPr>
          <w:b w:val="0"/>
          <w:sz w:val="20"/>
        </w:rPr>
        <w:t>Darlehensgeber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>
      <w:r>
        <w:rPr>
          <w:b/>
          <w:sz w:val="20"/>
        </w:rPr>
        <w:t>und</w:t>
      </w:r>
    </w:p>
    <w:p>
      <w:r>
        <w:rPr>
          <w:b w:val="0"/>
          <w:sz w:val="20"/>
        </w:rPr>
        <w:t>Darlehensnehmer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_________________________________________________________________</w:t>
      </w:r>
    </w:p>
    <w:p/>
    <w:p>
      <w:r>
        <w:rPr>
          <w:b/>
          <w:sz w:val="20"/>
        </w:rPr>
        <w:t>Präambel</w:t>
      </w:r>
    </w:p>
    <w:p>
      <w:r>
        <w:rPr>
          <w:b w:val="0"/>
          <w:sz w:val="20"/>
        </w:rPr>
        <w:t>Die Vertragsparteien schließen aufgrund des bestehenden Darlehensvertrages vom vorherigen Datum eine Verlängerung des Darlehensvertrages unter den nachfolgenden Bedingungen.</w:t>
      </w:r>
    </w:p>
    <w:p/>
    <w:p>
      <w:r>
        <w:rPr>
          <w:b/>
          <w:sz w:val="20"/>
        </w:rPr>
        <w:t>§ 1 – Verlängerung der Laufzeit</w:t>
      </w:r>
    </w:p>
    <w:p>
      <w:r>
        <w:rPr>
          <w:b w:val="0"/>
          <w:sz w:val="20"/>
        </w:rPr>
        <w:t>Die Laufzeit des Darlehensvertrages wird um __________________ Monate/Jahre verlängert und endet somit am __________________.</w:t>
      </w:r>
    </w:p>
    <w:p/>
    <w:p>
      <w:r>
        <w:rPr>
          <w:b/>
          <w:sz w:val="20"/>
        </w:rPr>
        <w:t>§ 2 – Zinsen</w:t>
      </w:r>
    </w:p>
    <w:p>
      <w:r>
        <w:rPr>
          <w:b w:val="0"/>
          <w:sz w:val="20"/>
        </w:rPr>
        <w:t>Die Verzinsung des Darlehens bleibt unverändert bei ______________% p.a. Die Zinsen sind jeweils zum __________ fällig.</w:t>
      </w:r>
    </w:p>
    <w:p/>
    <w:p>
      <w:r>
        <w:rPr>
          <w:b/>
          <w:sz w:val="20"/>
        </w:rPr>
        <w:t>§ 3 – Tilgung</w:t>
      </w:r>
    </w:p>
    <w:p>
      <w:r>
        <w:rPr>
          <w:b w:val="0"/>
          <w:sz w:val="20"/>
        </w:rPr>
        <w:t>Die Rückzahlung des Darlehens erfolgt in den bisherigen Raten in Höhe von ______________ EUR monatlich/vierteljährlich/jährlich.</w:t>
      </w:r>
    </w:p>
    <w:p/>
    <w:p>
      <w:r>
        <w:rPr>
          <w:b/>
          <w:sz w:val="20"/>
        </w:rPr>
        <w:t>§ 4 – Sonstige Vertragsbedingungen</w:t>
      </w:r>
    </w:p>
    <w:p>
      <w:r>
        <w:rPr>
          <w:b w:val="0"/>
          <w:sz w:val="20"/>
        </w:rPr>
        <w:t>Alle übrigen Bestimmungen des ursprünglichen Darlehensvertrages bleiben unberührt und gelten weiterhin.</w:t>
      </w:r>
    </w:p>
    <w:p/>
    <w:p>
      <w:r>
        <w:rPr>
          <w:b/>
          <w:sz w:val="20"/>
        </w:rPr>
        <w:t>§ 5 – Salvatorische Klausel</w:t>
      </w:r>
    </w:p>
    <w:p>
      <w:r>
        <w:rPr>
          <w:b w:val="0"/>
          <w:sz w:val="20"/>
        </w:rPr>
        <w:t>Sollten einzelne Bestimmungen dieses Vertrags unwirksam sein oder werden, so bleibt die Wirksamkeit der übrigen Bestimmungen unberührt.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DARLEHENGEBER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DARLEHENSNEHMER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https://musterhero.com/verlangerung-darlehensvertrag-vorlage/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verlangerung-darlehensvertrag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