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VOB-BAUVERTRAG (MUSTER)</w:t>
      </w:r>
    </w:p>
    <w:p/>
    <w:p>
      <w:r>
        <w:rPr>
          <w:b/>
          <w:sz w:val="20"/>
        </w:rPr>
        <w:t>Vertragsparteien:</w:t>
      </w:r>
    </w:p>
    <w:p>
      <w:r>
        <w:rPr>
          <w:b w:val="0"/>
          <w:sz w:val="20"/>
        </w:rPr>
        <w:t>Auftraggeber : ______________________________________________________</w:t>
      </w:r>
    </w:p>
    <w:p>
      <w:r>
        <w:rPr>
          <w:b w:val="0"/>
          <w:sz w:val="20"/>
        </w:rPr>
        <w:t>Anschrift : 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 w:val="0"/>
          <w:sz w:val="20"/>
        </w:rPr>
        <w:t>Auftragnehmer : _____________________________________________________</w:t>
      </w:r>
    </w:p>
    <w:p>
      <w:r>
        <w:rPr>
          <w:b w:val="0"/>
          <w:sz w:val="20"/>
        </w:rPr>
        <w:t>Anschrift : 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Vertragsgegenstand:</w:t>
      </w:r>
    </w:p>
    <w:p>
      <w:r>
        <w:rPr>
          <w:b w:val="0"/>
          <w:sz w:val="20"/>
        </w:rPr>
        <w:t>Gegenstand dieses Vertrages ist die Ausführung folgender Bauleistungen nach der VOB/B: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/>
    <w:p>
      <w:r>
        <w:rPr>
          <w:b/>
          <w:sz w:val="20"/>
        </w:rPr>
        <w:t>Vertragsgrundlagen:</w:t>
      </w:r>
    </w:p>
    <w:p>
      <w:r>
        <w:rPr>
          <w:b w:val="0"/>
          <w:sz w:val="20"/>
        </w:rPr>
        <w:t>Die Vertragsdurchführung erfolgt auf Grundlage folgender Unterlagen:</w:t>
      </w:r>
    </w:p>
    <w:p>
      <w:r>
        <w:rPr>
          <w:b w:val="0"/>
          <w:sz w:val="20"/>
        </w:rPr>
        <w:t>- Vergabe- und Vertragsordnung für Bauleistungen Teil B (VOB/B)</w:t>
      </w:r>
    </w:p>
    <w:p>
      <w:r>
        <w:rPr>
          <w:b w:val="0"/>
          <w:sz w:val="20"/>
        </w:rPr>
        <w:t>- Leistungsverzeichnis</w:t>
      </w:r>
    </w:p>
    <w:p>
      <w:r>
        <w:rPr>
          <w:b w:val="0"/>
          <w:sz w:val="20"/>
        </w:rPr>
        <w:t>- Baupläne und technische Beschreibungen</w:t>
      </w:r>
    </w:p>
    <w:p>
      <w:r>
        <w:rPr>
          <w:b w:val="0"/>
          <w:sz w:val="20"/>
        </w:rPr>
        <w:t>- Sonstige Vereinbarungen:</w:t>
      </w:r>
    </w:p>
    <w:p>
      <w:r>
        <w:rPr>
          <w:b w:val="0"/>
          <w:sz w:val="20"/>
        </w:rPr>
        <w:t xml:space="preserve">  _______________________________________________________________</w:t>
      </w:r>
    </w:p>
    <w:p/>
    <w:p>
      <w:r>
        <w:rPr>
          <w:b/>
          <w:sz w:val="20"/>
        </w:rPr>
        <w:t>Ausführungsfristen:</w:t>
      </w:r>
    </w:p>
    <w:p>
      <w:r>
        <w:rPr>
          <w:b w:val="0"/>
          <w:sz w:val="20"/>
        </w:rPr>
        <w:t>Baubeginn : _______________________________</w:t>
      </w:r>
    </w:p>
    <w:p>
      <w:r>
        <w:rPr>
          <w:b w:val="0"/>
          <w:sz w:val="20"/>
        </w:rPr>
        <w:t>Fertigstellung : ___________________________</w:t>
      </w:r>
    </w:p>
    <w:p>
      <w:r>
        <w:rPr>
          <w:b w:val="0"/>
          <w:sz w:val="20"/>
        </w:rPr>
        <w:t>Verzug des Auftragnehmers berechtigt den Auftraggeber zur Geltendmachung von Vertragsstrafen und Schadensersatz.</w:t>
      </w:r>
    </w:p>
    <w:p/>
    <w:p>
      <w:r>
        <w:rPr>
          <w:b/>
          <w:sz w:val="20"/>
        </w:rPr>
        <w:t>Vergütung:</w:t>
      </w:r>
    </w:p>
    <w:p>
      <w:r>
        <w:rPr>
          <w:b w:val="0"/>
          <w:sz w:val="20"/>
        </w:rPr>
        <w:t>Die Vergütung für die Leistungen beträgt insgesamt : _______________ EUR</w:t>
      </w:r>
    </w:p>
    <w:p>
      <w:r>
        <w:rPr>
          <w:b w:val="0"/>
          <w:sz w:val="20"/>
        </w:rPr>
        <w:t>Zahlungsmodalitäten : ____________________________________________________</w:t>
      </w:r>
    </w:p>
    <w:p/>
    <w:p>
      <w:r>
        <w:rPr>
          <w:b/>
          <w:sz w:val="20"/>
        </w:rPr>
        <w:t>Abnahme:</w:t>
      </w:r>
    </w:p>
    <w:p>
      <w:r>
        <w:rPr>
          <w:b w:val="0"/>
          <w:sz w:val="20"/>
        </w:rPr>
        <w:t>Der Auftraggeber ist verpflichtet, die Bauleistungen nach Fertigstellung abzunehmen. Die Abnahme erfolgt nach § 12 VOB/B.</w:t>
      </w:r>
    </w:p>
    <w:p>
      <w:r>
        <w:rPr>
          <w:b w:val="0"/>
          <w:sz w:val="20"/>
        </w:rPr>
        <w:t>Mängel sind bei der Abnahme zu protokollieren und vom Auftragnehmer zu beheben.</w:t>
      </w:r>
    </w:p>
    <w:p/>
    <w:p>
      <w:r>
        <w:rPr>
          <w:b/>
          <w:sz w:val="20"/>
        </w:rPr>
        <w:t>Gewährleistung:</w:t>
      </w:r>
    </w:p>
    <w:p>
      <w:r>
        <w:rPr>
          <w:b w:val="0"/>
          <w:sz w:val="20"/>
        </w:rPr>
        <w:t>Die Gewährleistungsfrist richtet sich nach den gesetzlichen Bestimmungen und der VOB/B.</w:t>
      </w:r>
    </w:p>
    <w:p>
      <w:r>
        <w:rPr>
          <w:b w:val="0"/>
          <w:sz w:val="20"/>
        </w:rPr>
        <w:t>Der Auftragnehmer haftet für die vertragsgemäße Ausführung der Bauleistungen und Mängelbeseitigung.</w:t>
      </w:r>
    </w:p>
    <w:p/>
    <w:p>
      <w:r>
        <w:rPr>
          <w:b/>
          <w:sz w:val="20"/>
        </w:rPr>
        <w:t>Haftung und Versicherung:</w:t>
      </w:r>
    </w:p>
    <w:p>
      <w:r>
        <w:rPr>
          <w:b w:val="0"/>
          <w:sz w:val="20"/>
        </w:rPr>
        <w:t>Der Auftragnehmer verpflichtet sich, eine Haftpflichtversicherung mit ausreichender Deckungssumme vorzuhalten.</w:t>
      </w:r>
    </w:p>
    <w:p>
      <w:r>
        <w:rPr>
          <w:b w:val="0"/>
          <w:sz w:val="20"/>
        </w:rPr>
        <w:t>Für Schäden, die durch den Auftragnehmer verursacht werden, haftet dieser im Rahmen der gesetzlichen Bestimmungen.</w:t>
      </w:r>
    </w:p>
    <w:p/>
    <w:p>
      <w:r>
        <w:rPr>
          <w:b/>
          <w:sz w:val="20"/>
        </w:rPr>
        <w:t>Vertragsänderungen:</w:t>
      </w:r>
    </w:p>
    <w:p>
      <w:r>
        <w:rPr>
          <w:b w:val="0"/>
          <w:sz w:val="20"/>
        </w:rPr>
        <w:t>Änderungen und Ergänzungen dieses Vertrags bedürfen der Schriftform.</w:t>
      </w:r>
    </w:p>
    <w:p>
      <w:r>
        <w:rPr>
          <w:b w:val="0"/>
          <w:sz w:val="20"/>
        </w:rPr>
        <w:t>Zusätzliche Leistungen sind gesondert zu vereinbaren und zu vergüten.</w:t>
      </w:r>
    </w:p>
    <w:p/>
    <w:p>
      <w:r>
        <w:rPr>
          <w:b/>
          <w:sz w:val="20"/>
        </w:rPr>
        <w:t>Kündigung:</w:t>
      </w:r>
    </w:p>
    <w:p>
      <w:r>
        <w:rPr>
          <w:b w:val="0"/>
          <w:sz w:val="20"/>
        </w:rPr>
        <w:t>Beide Vertragsparteien können den Vertrag aus wichtigem Grund fristlos kündigen.</w:t>
      </w:r>
    </w:p>
    <w:p>
      <w:r>
        <w:rPr>
          <w:b w:val="0"/>
          <w:sz w:val="20"/>
        </w:rPr>
        <w:t>Im Falle der Kündigung sind bereits erbrachte Leistungen angemessen zu vergüten.</w:t>
      </w:r>
    </w:p>
    <w:p/>
    <w:p>
      <w:r>
        <w:rPr>
          <w:b/>
          <w:sz w:val="20"/>
        </w:rPr>
        <w:t>Sonstige Bestimmungen:</w:t>
      </w:r>
    </w:p>
    <w:p>
      <w:r>
        <w:rPr>
          <w:b w:val="0"/>
          <w:sz w:val="20"/>
        </w:rPr>
        <w:t>Sollten einzelne Bestimmungen dieses Vertrags unwirksam sein oder werden, so bleibt die Wirksamkeit der übrigen Bestimmungen unberührt.</w:t>
      </w:r>
    </w:p>
    <w:p>
      <w:r>
        <w:rPr>
          <w:b w:val="0"/>
          <w:sz w:val="20"/>
        </w:rPr>
        <w:t>Gerichtsstand ist der Sitz des Auftraggebers, sofern gesetzlich zulässig.</w:t>
      </w:r>
    </w:p>
    <w:p/>
    <w:p/>
    <w:p>
      <w:r>
        <w:rPr>
          <w:b w:val="0"/>
          <w:sz w:val="20"/>
        </w:rPr>
        <w:t>Ort : ________________________________________________________________</w:t>
      </w:r>
    </w:p>
    <w:p>
      <w:r>
        <w:rPr>
          <w:b w:val="0"/>
          <w:sz w:val="20"/>
        </w:rPr>
        <w:t>Datum : 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AUFTRAGGEBER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AUFTRAGNEHMER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https://musterhero.com/vob-bauvertrag-muster/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vob-bauvertrag-muster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