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 ZUM HALTERWECHSEL</w:t>
      </w:r>
    </w:p>
    <w:p/>
    <w:p>
      <w:r>
        <w:rPr>
          <w:b/>
          <w:sz w:val="20"/>
        </w:rPr>
        <w:t>Ich, der Unterzeichnende, bevollmächtige hiermit:</w:t>
      </w:r>
    </w:p>
    <w:p>
      <w:r>
        <w:rPr>
          <w:b w:val="0"/>
          <w:sz w:val="20"/>
        </w:rPr>
        <w:t>Name, Vorname : ______________________________________________</w:t>
      </w:r>
    </w:p>
    <w:p>
      <w:r>
        <w:rPr>
          <w:b w:val="0"/>
          <w:sz w:val="20"/>
        </w:rPr>
        <w:t>Geburtsdatum : ______________________________________________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Personalausweis-Nr. / Reisepass-Nr. : __________________________</w:t>
      </w:r>
    </w:p>
    <w:p/>
    <w:p>
      <w:r>
        <w:rPr>
          <w:b/>
          <w:sz w:val="20"/>
        </w:rPr>
        <w:t>Folgende Person wird bevollmächtigt:</w:t>
      </w:r>
    </w:p>
    <w:p>
      <w:r>
        <w:rPr>
          <w:b w:val="0"/>
          <w:sz w:val="20"/>
        </w:rPr>
        <w:t>Name, Vorname : ______________________________________________</w:t>
      </w:r>
    </w:p>
    <w:p>
      <w:r>
        <w:rPr>
          <w:b w:val="0"/>
          <w:sz w:val="20"/>
        </w:rPr>
        <w:t>Geburtsdatum : ______________________________________________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Personalausweis-Nr. / Reisepass-Nr. : __________________________</w:t>
      </w:r>
    </w:p>
    <w:p/>
    <w:p>
      <w:r>
        <w:rPr>
          <w:b/>
          <w:sz w:val="20"/>
        </w:rPr>
        <w:t>Fahrzeugdaten zum Halterwechsel:</w:t>
      </w:r>
    </w:p>
    <w:p>
      <w:r>
        <w:rPr>
          <w:b w:val="0"/>
          <w:sz w:val="20"/>
        </w:rPr>
        <w:t>Fahrzeughersteller : _________________________________________</w:t>
      </w:r>
    </w:p>
    <w:p>
      <w:r>
        <w:rPr>
          <w:b w:val="0"/>
          <w:sz w:val="20"/>
        </w:rPr>
        <w:t>Modell : ___________________________________________________</w:t>
      </w:r>
    </w:p>
    <w:p>
      <w:r>
        <w:rPr>
          <w:b w:val="0"/>
          <w:sz w:val="20"/>
        </w:rPr>
        <w:t>Fahrzeug-Identifizierungsnummer (FIN) : __________________________</w:t>
      </w:r>
    </w:p>
    <w:p>
      <w:r>
        <w:rPr>
          <w:b w:val="0"/>
          <w:sz w:val="20"/>
        </w:rPr>
        <w:t>Amtliches Kennzeichen : _____________________________________</w:t>
      </w:r>
    </w:p>
    <w:p/>
    <w:p>
      <w:r>
        <w:rPr>
          <w:b/>
          <w:sz w:val="20"/>
        </w:rPr>
        <w:t>Vollmachtserklärung:</w:t>
      </w:r>
    </w:p>
    <w:p>
      <w:r>
        <w:rPr>
          <w:b w:val="0"/>
          <w:sz w:val="20"/>
        </w:rPr>
        <w:t>Hiermit ermächtige ich den Bevollmächtigten, alle nötigen Handlungen und Erklärungen vorzunehmen,</w:t>
      </w:r>
    </w:p>
    <w:p>
      <w:r>
        <w:rPr>
          <w:b w:val="0"/>
          <w:sz w:val="20"/>
        </w:rPr>
        <w:t>die im Zusammenhang mit dem Wechsel des Fahrzeughalters erforderlich sind, insbesondere:</w:t>
      </w:r>
    </w:p>
    <w:p>
      <w:r>
        <w:rPr>
          <w:b w:val="0"/>
          <w:sz w:val="20"/>
        </w:rPr>
        <w:t>- Anmeldung und Abmeldung des Fahrzeugs bei der Zulassungsstelle</w:t>
      </w:r>
    </w:p>
    <w:p>
      <w:r>
        <w:rPr>
          <w:b w:val="0"/>
          <w:sz w:val="20"/>
        </w:rPr>
        <w:t>- Entgegennahme und Unterzeichnung aller notwendigen Dokumente</w:t>
      </w:r>
    </w:p>
    <w:p>
      <w:r>
        <w:rPr>
          <w:b w:val="0"/>
          <w:sz w:val="20"/>
        </w:rPr>
        <w:t>- Zahlung von Gebühren im Rahmen des Halterwechsels</w:t>
      </w:r>
    </w:p>
    <w:p>
      <w:r>
        <w:rPr>
          <w:b w:val="0"/>
          <w:sz w:val="20"/>
        </w:rPr>
        <w:t>- Kommunikation mit Behörden und Dritten in diesem Zusammenhang</w:t>
      </w:r>
    </w:p>
    <w:p/>
    <w:p>
      <w:r>
        <w:rPr>
          <w:b w:val="0"/>
          <w:sz w:val="20"/>
        </w:rPr>
        <w:t>Diese Vollmacht ist nur für den genannten Halterwechsel gültig und verliert ihre Gültigkeit mit Abschluss des Vorgangs.</w:t>
      </w:r>
    </w:p>
    <w:p/>
    <w:p/>
    <w:p>
      <w:r>
        <w:rPr>
          <w:b w:val="0"/>
          <w:sz w:val="20"/>
        </w:rPr>
        <w:t>Ort : _____________________________________    Unterschrift Vollmachtgeber 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Datum : __________________________________</w:t>
      </w:r>
    </w:p>
    <w:p/>
    <w:p/>
    <w:p/>
    <w:p>
      <w:r>
        <w:rPr>
          <w:b w:val="0"/>
          <w:sz w:val="20"/>
        </w:rPr>
        <w:t>Unterschrift Bevollmächtigter :</w:t>
      </w:r>
    </w:p>
    <w:p>
      <w:r>
        <w:rPr>
          <w:b w:val="0"/>
          <w:sz w:val="20"/>
        </w:rPr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https://musterhero.com/vollmacht-halterwechsel-vorlage/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vollmacht-halterwechsel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