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ZUR ABHOLUNG EINES PAKETS BEI UPS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Vollmachtgebers (Person, die die Vollmacht erteilt):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Bevollmächtigten (Person, die das Paket abholt):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Personalausweis-Nr. : _________________________________________________</w:t>
      </w:r>
    </w:p>
    <w:p/>
    <w:p>
      <w:r>
        <w:rPr>
          <w:b/>
          <w:sz w:val="20"/>
        </w:rPr>
        <w:t>Angaben zum Paket:</w:t>
      </w:r>
    </w:p>
    <w:p>
      <w:r>
        <w:rPr>
          <w:b w:val="0"/>
          <w:sz w:val="20"/>
        </w:rPr>
        <w:t>Absender : ____________________________________________________________</w:t>
      </w:r>
    </w:p>
    <w:p>
      <w:r>
        <w:rPr>
          <w:b w:val="0"/>
          <w:sz w:val="20"/>
        </w:rPr>
        <w:t>Sendungsnummer : _____________________________________________________</w:t>
      </w:r>
    </w:p>
    <w:p>
      <w:r>
        <w:rPr>
          <w:b w:val="0"/>
          <w:sz w:val="20"/>
        </w:rPr>
        <w:t>Beschreibung des Inhalts : _____________________________________________</w:t>
      </w:r>
    </w:p>
    <w:p/>
    <w:p>
      <w:r>
        <w:rPr>
          <w:b w:val="0"/>
          <w:sz w:val="20"/>
        </w:rPr>
        <w:t>Hiermit bevollmächtige ich den oben genannten Bevollmächtigten ausdrücklich, in meinem Namen das oben beschriebene Paket bei UPS abzuholen. Der Bevollmächtigte ist berechtigt, alle notwendigen Erklärungen abzugeben und Empfangsbestätigungen zu unterzeichnen.</w:t>
      </w:r>
    </w:p>
    <w:p/>
    <w:p>
      <w:r>
        <w:rPr>
          <w:b w:val="0"/>
          <w:sz w:val="20"/>
        </w:rPr>
        <w:t>Ich bestätige, dass ich für die Richtigkeit der Angaben verantwortlich bin und entbinde UPS von jeglicher Haftung gegenüber dem Bevollmächtigten im Rahmen der Paketabholung.</w:t>
      </w:r>
    </w:p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Unterschrift Vollmachtgeber : _________________________________________</w:t>
      </w:r>
    </w:p>
    <w:p/>
    <w:p/>
    <w:p>
      <w:r>
        <w:rPr>
          <w:b w:val="0"/>
          <w:sz w:val="20"/>
        </w:rPr>
        <w:t>Unterschrift Bevollmächtigter (bei Abholung)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https://musterhero.com/vollmacht-paket-abholen-ups/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ollmacht-paket-abholen-ups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