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DAS SOZIALAMT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Nachname: ________________________________________________</w:t>
      </w:r>
    </w:p>
    <w:p>
      <w:r>
        <w:rPr>
          <w:b w:val="0"/>
          <w:sz w:val="20"/>
        </w:rPr>
        <w:t>Geburtsdatum: 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>
      <w:r>
        <w:rPr>
          <w:b w:val="0"/>
          <w:sz w:val="20"/>
        </w:rPr>
        <w:t>Telefonnummer: 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Nachname: ________________________________________________</w:t>
      </w:r>
    </w:p>
    <w:p>
      <w:r>
        <w:rPr>
          <w:b w:val="0"/>
          <w:sz w:val="20"/>
        </w:rPr>
        <w:t>Geburtsdatum: ____________________________________________________</w:t>
      </w:r>
    </w:p>
    <w:p>
      <w:r>
        <w:rPr>
          <w:b w:val="0"/>
          <w:sz w:val="20"/>
        </w:rPr>
        <w:t>Anschrift: ________________________________________________________</w:t>
      </w:r>
    </w:p>
    <w:p>
      <w:r>
        <w:rPr>
          <w:b w:val="0"/>
          <w:sz w:val="20"/>
        </w:rPr>
        <w:t>Telefonnummer: ____________________________________________________</w:t>
      </w:r>
    </w:p>
    <w:p/>
    <w:p>
      <w:r>
        <w:rPr>
          <w:b/>
          <w:sz w:val="20"/>
        </w:rPr>
        <w:t>Umfang der Vollmacht:</w:t>
      </w:r>
    </w:p>
    <w:p>
      <w:r>
        <w:rPr>
          <w:b w:val="0"/>
          <w:sz w:val="20"/>
        </w:rPr>
        <w:t>Hiermit bevollmächtige ich den oben genannten Bevollmächtigten, mich gegenüber dem Sozialamt in allen Angelegenheiten zu vertreten, insbesondere:</w:t>
      </w:r>
    </w:p>
    <w:p>
      <w:r>
        <w:rPr>
          <w:b w:val="0"/>
          <w:sz w:val="20"/>
        </w:rPr>
        <w:t>- Antragstellung und Entgegennahme von Bescheiden</w:t>
      </w:r>
    </w:p>
    <w:p>
      <w:r>
        <w:rPr>
          <w:b w:val="0"/>
          <w:sz w:val="20"/>
        </w:rPr>
        <w:t>- Einreichung von Unterlagen und Nachweisen</w:t>
      </w:r>
    </w:p>
    <w:p>
      <w:r>
        <w:rPr>
          <w:b w:val="0"/>
          <w:sz w:val="20"/>
        </w:rPr>
        <w:t>- Schriftverkehr und persönliche Vorsprachen</w:t>
      </w:r>
    </w:p>
    <w:p>
      <w:r>
        <w:rPr>
          <w:b w:val="0"/>
          <w:sz w:val="20"/>
        </w:rPr>
        <w:t>- Vertretung in Widerspruchsverfahren und sonstigen Angelegenheiten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Ich bestätige, dass diese Vollmacht freiwillig und ohne Zwang erteilt wird. Die Vollmacht gilt bis auf Widerruf oder bis zum Abschluss der dargestellten Angelegenheiten.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Der Vollmachtgeber verpflichtet sich, den Bevollmächtigten von jeglichen Schäden freizustellen, die durch die Ausübung der Vollmacht entstehen, sofern diese nicht vorsätzlich oder grob fahrlässig verursacht wurden.</w:t>
      </w:r>
    </w:p>
    <w:p/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Unterschrift Vollmachtgeber : 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>
      <w:r>
        <w:rPr>
          <w:b w:val="0"/>
          <w:sz w:val="20"/>
        </w:rPr>
        <w:t>Unterschrift Bevollmächtigter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https://musterhero.com/vollmacht-sozialamt/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ollmacht-sozialamt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