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ARBEITGEBERBESCHEINIGUNG ÜBER GELEISTETE ARBEITSTAGE</w:t>
      </w:r>
    </w:p>
    <w:p/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Firma / Arbeitgeber : 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</w:t>
      </w:r>
    </w:p>
    <w:p/>
    <w:p>
      <w:r>
        <w:rPr>
          <w:b/>
          <w:sz w:val="20"/>
        </w:rPr>
        <w:t>Angaben des Arbeitnehmers: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/>
    <w:p>
      <w:r>
        <w:rPr>
          <w:b/>
          <w:sz w:val="20"/>
        </w:rPr>
        <w:t>Beschäftigungszeitraum:</w:t>
      </w:r>
    </w:p>
    <w:p>
      <w:r>
        <w:rPr>
          <w:b w:val="0"/>
          <w:sz w:val="20"/>
        </w:rPr>
        <w:t>Beginn der Beschäftigung : ___________________________________________</w:t>
      </w:r>
    </w:p>
    <w:p>
      <w:r>
        <w:rPr>
          <w:b w:val="0"/>
          <w:sz w:val="20"/>
        </w:rPr>
        <w:t>Ende der Beschäftigung : _____________________________________________</w:t>
      </w:r>
    </w:p>
    <w:p/>
    <w:p>
      <w:r>
        <w:rPr>
          <w:b/>
          <w:sz w:val="20"/>
        </w:rPr>
        <w:t>Bestätigung über geleistete Arbeitstage:</w:t>
      </w:r>
    </w:p>
    <w:p>
      <w:r>
        <w:rPr>
          <w:b w:val="0"/>
          <w:sz w:val="20"/>
        </w:rPr>
        <w:t>Der Arbeitnehmer war an folgenden Arbeitstagen tätig (ohne Urlaub, Krankheit oder sonstige Abwesenheit):</w:t>
      </w:r>
    </w:p>
    <w:p>
      <w:r>
        <w:rPr>
          <w:b w:val="0"/>
          <w:sz w:val="20"/>
        </w:rPr>
        <w:t>Anzahl der tatsächlich geleisteten Arbeitstage im genannten Zeitraum : ______________ Tage</w:t>
      </w:r>
    </w:p>
    <w:p/>
    <w:p>
      <w:r>
        <w:rPr>
          <w:b/>
          <w:sz w:val="20"/>
        </w:rPr>
        <w:t>Art der ausgeübten Tätigkeit: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Diese Bescheinigung dient als Nachweis für die geleisteten Arbeitstage und wird vom Arbeitgeber wahrheitsgemäß ausgestellt.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https://musterhero.com/vordruck-arbeitgeberbescheinigung-uber-geleistete-arbeitstage/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rdruck-arbeitgeberbescheinigung-uber-geleistete-arbeitst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