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MINIJOBS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Arbeitgeber :</w:t>
      </w:r>
    </w:p>
    <w:p>
      <w:r>
        <w:rPr>
          <w:b w:val="0"/>
          <w:sz w:val="20"/>
        </w:rPr>
        <w:t>Firma / Name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Minijob-Verhältnisses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Minijob-Arbeitsverhältnis fristgerecht zum nächstmöglichen Zeitpunkt. Bitte bestätigen Sie mir den Erhalt dieser Kündigung sowie das Beendigungsdatum schriftlich.</w:t>
      </w:r>
    </w:p>
    <w:p/>
    <w:p>
      <w:r>
        <w:rPr>
          <w:b w:val="0"/>
          <w:sz w:val="20"/>
        </w:rPr>
        <w:t>Etwaige Arbeitsmittel, die mir zur Verfügung gestellt wurden, werde ich bis zum Beendigungsdatum zurückgeben.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Vor- und Nachname (Unterschrift)</w:t>
      </w:r>
    </w:p>
    <w:p/>
    <w:p/>
    <w:p>
      <w:r>
        <w:rPr>
          <w:b w:val="0"/>
          <w:sz w:val="20"/>
        </w:rPr>
        <w:t>Ort : _________________________________</w:t>
      </w:r>
    </w:p>
    <w:p>
      <w:r>
        <w:rPr>
          <w:b w:val="0"/>
          <w:sz w:val="20"/>
        </w:rPr>
        <w:t>Datum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https://musterhero.com/vorlage-kundigung-minijob-arbeitgeber/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orlage-kundigung-minijob-arbeitgeb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