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WARTUNGSBUCH VORLAGE</w:t>
      </w:r>
    </w:p>
    <w:p/>
    <w:p/>
    <w:p>
      <w:r>
        <w:rPr>
          <w:b/>
          <w:sz w:val="20"/>
        </w:rPr>
        <w:t>Fahrzeugdaten:</w:t>
      </w:r>
    </w:p>
    <w:p>
      <w:r>
        <w:rPr>
          <w:b w:val="0"/>
          <w:sz w:val="20"/>
        </w:rPr>
        <w:t>Fahrzeugtyp : _______________________________________________</w:t>
      </w:r>
    </w:p>
    <w:p>
      <w:r>
        <w:rPr>
          <w:b w:val="0"/>
          <w:sz w:val="20"/>
        </w:rPr>
        <w:t>Hersteller : ________________________________________________</w:t>
      </w:r>
    </w:p>
    <w:p>
      <w:r>
        <w:rPr>
          <w:b w:val="0"/>
          <w:sz w:val="20"/>
        </w:rPr>
        <w:t>Modell : ________________________________________________</w:t>
      </w:r>
    </w:p>
    <w:p>
      <w:r>
        <w:rPr>
          <w:b w:val="0"/>
          <w:sz w:val="20"/>
        </w:rPr>
        <w:t>Fahrgestellnummer (VIN) : ____________________________________</w:t>
      </w:r>
    </w:p>
    <w:p>
      <w:r>
        <w:rPr>
          <w:b w:val="0"/>
          <w:sz w:val="20"/>
        </w:rPr>
        <w:t>Kennzeichen : ______________________________________________</w:t>
      </w:r>
    </w:p>
    <w:p/>
    <w:p>
      <w:r>
        <w:rPr>
          <w:b/>
          <w:sz w:val="20"/>
        </w:rPr>
        <w:t>Eigentümerdaten:</w:t>
      </w:r>
    </w:p>
    <w:p>
      <w:r>
        <w:rPr>
          <w:b w:val="0"/>
          <w:sz w:val="20"/>
        </w:rPr>
        <w:t>Name : ______________________________________________________</w:t>
      </w:r>
    </w:p>
    <w:p>
      <w:r>
        <w:rPr>
          <w:b w:val="0"/>
          <w:sz w:val="20"/>
        </w:rPr>
        <w:t>Adresse : ____________________________________________________</w:t>
      </w:r>
    </w:p>
    <w:p>
      <w:r>
        <w:rPr>
          <w:b w:val="0"/>
          <w:sz w:val="20"/>
        </w:rPr>
        <w:t>Telefonnummer : ______________________________________________</w:t>
      </w:r>
    </w:p>
    <w:p/>
    <w:p>
      <w:r>
        <w:rPr>
          <w:b/>
          <w:sz w:val="20"/>
        </w:rPr>
        <w:t>Wartungsübersicht: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pPr>
              <w:jc w:val="center"/>
            </w:pPr>
            <w:r>
              <w:rPr>
                <w:b/>
                <w:sz w:val="20"/>
              </w:rPr>
              <w:t>Datum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b/>
                <w:sz w:val="20"/>
              </w:rPr>
              <w:t>Kilometerstand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b/>
                <w:sz w:val="20"/>
              </w:rPr>
              <w:t>Durchgeführte Arbeiten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b/>
                <w:sz w:val="20"/>
              </w:rPr>
              <w:t>Verwendete Teile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b/>
                <w:sz w:val="20"/>
              </w:rPr>
              <w:t>Werkstatt/Techniker</w:t>
            </w:r>
          </w:p>
        </w:tc>
      </w:tr>
      <w:tr>
        <w:tc>
          <w:tcPr>
            <w:tcW w:type="dxa" w:w="1994"/>
          </w:tcPr>
          <w:p>
            <w:r>
              <w:t>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</w:t>
            </w:r>
          </w:p>
        </w:tc>
      </w:tr>
    </w:tbl>
    <w:p/>
    <w:p/>
    <w:p>
      <w:r>
        <w:rPr>
          <w:b/>
          <w:sz w:val="20"/>
        </w:rPr>
        <w:t>Hinweise zur Nutzung:</w:t>
      </w:r>
    </w:p>
    <w:p>
      <w:r>
        <w:rPr>
          <w:b w:val="0"/>
          <w:sz w:val="20"/>
        </w:rPr>
        <w:t>Dieses Wartungsbuch dient zur lückenlosen Dokumentation aller Wartungs- und Reparaturarbeiten am Fahrzeug.</w:t>
      </w:r>
    </w:p>
    <w:p>
      <w:r>
        <w:rPr>
          <w:b w:val="0"/>
          <w:sz w:val="20"/>
        </w:rPr>
        <w:t>Bitte alle Einträge gut leserlich vornehmen und Belege aufbewahren.</w:t>
      </w:r>
    </w:p>
    <w:p>
      <w:r>
        <w:rPr>
          <w:b w:val="0"/>
          <w:sz w:val="20"/>
        </w:rPr>
        <w:t>Die regelmäßige Wartung trägt zur Werterhaltung und Verkehrssicherheit des Fahrzeugs bei.</w:t>
      </w:r>
    </w:p>
    <w:p/>
    <w:p>
      <w:r>
        <w:rPr>
          <w:b/>
          <w:sz w:val="20"/>
        </w:rPr>
        <w:t>Bestätigung der Wartung:</w:t>
      </w:r>
    </w:p>
    <w:p>
      <w:r>
        <w:rPr>
          <w:b w:val="0"/>
          <w:sz w:val="20"/>
        </w:rPr>
        <w:t xml:space="preserve">Ort : ________________________    </w:t>
      </w:r>
    </w:p>
    <w:p>
      <w:r>
        <w:rPr>
          <w:b w:val="0"/>
          <w:sz w:val="20"/>
        </w:rPr>
        <w:t>Unterschrift Werkstatt/Techniker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Eigentümer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Werkstatt/Techniker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https://musterhero.com/wartungsbuch-vorlage/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wartungsbuch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