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ZUR MELDUNG EINES WASSERSCHADENS AN DIE HAUSVERWALTUNG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_________________________________________________________________</w:t>
      </w:r>
    </w:p>
    <w:p>
      <w:r>
        <w:rPr>
          <w:b w:val="0"/>
          <w:sz w:val="20"/>
        </w:rPr>
        <w:t>Straße, Hausnummer : ___________________________________________________</w:t>
      </w:r>
    </w:p>
    <w:p>
      <w:r>
        <w:rPr>
          <w:b w:val="0"/>
          <w:sz w:val="20"/>
        </w:rPr>
        <w:t>PLZ, Ort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</w:t>
      </w:r>
    </w:p>
    <w:p/>
    <w:p>
      <w:r>
        <w:rPr>
          <w:b/>
          <w:sz w:val="20"/>
        </w:rPr>
        <w:t>Empfänger (Hausverwaltung) :</w:t>
      </w:r>
    </w:p>
    <w:p>
      <w:r>
        <w:rPr>
          <w:b w:val="0"/>
          <w:sz w:val="20"/>
        </w:rPr>
        <w:t>Firma / Name : ___________________________________________________________</w:t>
      </w:r>
    </w:p>
    <w:p>
      <w:r>
        <w:rPr>
          <w:b w:val="0"/>
          <w:sz w:val="20"/>
        </w:rPr>
        <w:t>Straße, Hausnummer : ____________________________________________________</w:t>
      </w:r>
    </w:p>
    <w:p>
      <w:r>
        <w:rPr>
          <w:b w:val="0"/>
          <w:sz w:val="20"/>
        </w:rPr>
        <w:t>PLZ, Ort : _______________________________________________________________</w:t>
      </w:r>
    </w:p>
    <w:p/>
    <w:p>
      <w:r>
        <w:rPr>
          <w:b/>
          <w:sz w:val="20"/>
        </w:rPr>
        <w:t>Betreff : Meldung eines Wasserschadens in der Mietwohnung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Sie darüber informieren, dass in meiner Wohnung ein Wasserschaden entstanden ist. Bitte veranlassen Sie umgehend die notwendigen Maßnahmen zur Schadensbehebung und Schadensbegrenzung.</w:t>
      </w:r>
    </w:p>
    <w:p/>
    <w:p>
      <w:r>
        <w:rPr>
          <w:b/>
          <w:sz w:val="20"/>
        </w:rPr>
        <w:t>Details zum Wasserschaden :</w:t>
      </w:r>
    </w:p>
    <w:p>
      <w:r>
        <w:rPr>
          <w:b w:val="0"/>
          <w:sz w:val="20"/>
        </w:rPr>
        <w:t>Ort des Schadens (z.B. Küche, Badezimmer) : _________________________________________</w:t>
      </w:r>
    </w:p>
    <w:p>
      <w:r>
        <w:rPr>
          <w:b w:val="0"/>
          <w:sz w:val="20"/>
        </w:rPr>
        <w:t>Beschreibung des Schadens : _________________________________________________________</w:t>
      </w:r>
    </w:p>
    <w:p>
      <w:r>
        <w:rPr>
          <w:b w:val="0"/>
          <w:sz w:val="20"/>
        </w:rPr>
        <w:t>Erste Feststellung des Schadens : ___________________________________________________</w:t>
      </w:r>
    </w:p>
    <w:p>
      <w:r>
        <w:rPr>
          <w:b w:val="0"/>
          <w:sz w:val="20"/>
        </w:rPr>
        <w:t>Ursachenvermutung (sofern bekannt) : ________________________________________________</w:t>
      </w:r>
    </w:p>
    <w:p/>
    <w:p>
      <w:r>
        <w:rPr>
          <w:b w:val="0"/>
          <w:sz w:val="20"/>
        </w:rPr>
        <w:t>Ich bitte Sie, die Wohnung zeitnah zu besichtigen und die notwendigen Reparaturen einzuleiten. Für Rückfragen stehe ich Ihnen selbstverständlich gern zur Verfügung.</w:t>
      </w:r>
    </w:p>
    <w:p/>
    <w:p>
      <w:r>
        <w:rPr>
          <w:b w:val="0"/>
          <w:sz w:val="20"/>
        </w:rPr>
        <w:t>Bitte bestätigen Sie mir den Erhalt dieser Schadensmeldung sowie die weiteren Schritte schriftlich.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 des Mieters / der Mieterin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https://musterhero.com/wasserschaden-melden-an-hausverwaltung-musterbrief/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wasserschaden-melden-an-hausverwaltung-musterbrief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