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WIDERRUF FÖRDERMITGLIEDSCHAFT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Name : __________________________________________________________</w:t>
      </w:r>
    </w:p>
    <w:p>
      <w:r>
        <w:rPr>
          <w:b w:val="0"/>
          <w:sz w:val="20"/>
        </w:rPr>
        <w:t>Anschrift : _____________________________________________________</w:t>
      </w:r>
    </w:p>
    <w:p>
      <w:r>
        <w:rPr>
          <w:b w:val="0"/>
          <w:sz w:val="20"/>
        </w:rPr>
        <w:t>Mitgliedsnummer (falls vorhanden) : ______________________________</w:t>
      </w:r>
    </w:p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Name des Vereins : ______________________________________________</w:t>
      </w:r>
    </w:p>
    <w:p>
      <w:r>
        <w:rPr>
          <w:b w:val="0"/>
          <w:sz w:val="20"/>
        </w:rPr>
        <w:t>Anschrift : _____________________________________________________</w:t>
      </w:r>
    </w:p>
    <w:p/>
    <w:p>
      <w:r>
        <w:rPr>
          <w:b/>
          <w:sz w:val="20"/>
        </w:rPr>
        <w:t>Hiermit widerrufe ich die Fördermitgliedschaft im oben genannten Verein.</w:t>
      </w:r>
    </w:p>
    <w:p/>
    <w:p>
      <w:r>
        <w:rPr>
          <w:b w:val="0"/>
          <w:sz w:val="20"/>
        </w:rPr>
        <w:t>Mitgliedsnummer/Vertragsnummer (falls bekannt) : ____________________</w:t>
      </w:r>
    </w:p>
    <w:p/>
    <w:p>
      <w:r>
        <w:rPr>
          <w:b w:val="0"/>
          <w:sz w:val="20"/>
        </w:rPr>
        <w:t>Ich bitte um schriftliche Bestätigung des Widerrufs und die Einstellung weiterer Zahlungen.</w:t>
      </w:r>
    </w:p>
    <w:p/>
    <w:p/>
    <w:p>
      <w:r>
        <w:rPr>
          <w:b/>
          <w:sz w:val="20"/>
        </w:rPr>
        <w:t>Hinweis :</w:t>
      </w:r>
    </w:p>
    <w:p>
      <w:r>
        <w:rPr>
          <w:b w:val="0"/>
          <w:sz w:val="20"/>
        </w:rPr>
        <w:t>Der Widerruf erfolgt gemäß §§ 355, 356 BGB. Die Fördermitgliedschaft endet mit dem Zugang dieses Widerrufs beim Verein. Eventuell bereits geleistete Beiträge werden nicht zurückgefordert, sofern vertraglich nicht anders geregelt.</w:t>
      </w:r>
    </w:p>
    <w:p/>
    <w:p/>
    <w:p>
      <w:r>
        <w:rPr>
          <w:b w:val="0"/>
          <w:sz w:val="20"/>
        </w:rPr>
        <w:t>Ort : _____________________________________________________________</w:t>
      </w:r>
    </w:p>
    <w:p>
      <w:r>
        <w:rPr>
          <w:b w:val="0"/>
          <w:sz w:val="20"/>
        </w:rPr>
        <w:t>Datum : 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: _________________________________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in Druckbuchstaben : 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https://musterhero.com/widerruf-fordermitgliedschaft-vorlage/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https://musterhero.com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musterhero.com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hero.com/widerruf-fordermitgliedschaft-vorlage/" TargetMode="External"/><Relationship Id="rId10" Type="http://schemas.openxmlformats.org/officeDocument/2006/relationships/hyperlink" Target="https://musterh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