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WIDERSPRUCH GEGEN DEN BESCHIED DER REHABILITATION</w:t>
      </w:r>
    </w:p>
    <w:p/>
    <w:p>
      <w:r>
        <w:rPr>
          <w:b w:val="0"/>
          <w:sz w:val="20"/>
        </w:rPr>
        <w:t>An</w:t>
      </w:r>
    </w:p>
    <w:p>
      <w:r>
        <w:rPr>
          <w:b w:val="0"/>
          <w:sz w:val="20"/>
        </w:rPr>
        <w:t>Krankenkasse __________________________________________________________</w:t>
      </w:r>
    </w:p>
    <w:p>
      <w:r>
        <w:rPr>
          <w:b w:val="0"/>
          <w:sz w:val="20"/>
        </w:rPr>
        <w:t>Straße und Hausnummer __________________________________________________</w:t>
      </w:r>
    </w:p>
    <w:p>
      <w:r>
        <w:rPr>
          <w:b w:val="0"/>
          <w:sz w:val="20"/>
        </w:rPr>
        <w:t>PLZ und Ort ____________________________________________________________</w:t>
      </w:r>
    </w:p>
    <w:p/>
    <w:p>
      <w:r>
        <w:rPr>
          <w:b w:val="0"/>
          <w:sz w:val="20"/>
        </w:rPr>
        <w:t>Von</w:t>
      </w:r>
    </w:p>
    <w:p>
      <w:r>
        <w:rPr>
          <w:b w:val="0"/>
          <w:sz w:val="20"/>
        </w:rPr>
        <w:t>Vor- und Nachname _____________________________________________________</w:t>
      </w:r>
    </w:p>
    <w:p>
      <w:r>
        <w:rPr>
          <w:b w:val="0"/>
          <w:sz w:val="20"/>
        </w:rPr>
        <w:t>Straße und Hausnummer _________________________________________________</w:t>
      </w:r>
    </w:p>
    <w:p>
      <w:r>
        <w:rPr>
          <w:b w:val="0"/>
          <w:sz w:val="20"/>
        </w:rPr>
        <w:t>PLZ und Ort ____________________________________________________________</w:t>
      </w:r>
    </w:p>
    <w:p>
      <w:r>
        <w:rPr>
          <w:b w:val="0"/>
          <w:sz w:val="20"/>
        </w:rPr>
        <w:t>Versichertennummer 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Widerspruch gegen den Bescheid vom 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den oben genannten Bescheid zur Rehabilitation ein.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Ich bin mit der Entscheidung nicht einverstanden, weil:</w:t>
      </w:r>
    </w:p>
    <w:p>
      <w:r>
        <w:rPr>
          <w:b w:val="0"/>
          <w:sz w:val="20"/>
        </w:rPr>
        <w:t>- die medizinischen Gründe nicht ausreichend berücksichtigt wurden.</w:t>
      </w:r>
    </w:p>
    <w:p>
      <w:r>
        <w:rPr>
          <w:b w:val="0"/>
          <w:sz w:val="20"/>
        </w:rPr>
        <w:t>- mein behandelnder Arzt die Notwendigkeit der Maßnahme bestätigt hat.</w:t>
      </w:r>
    </w:p>
    <w:p>
      <w:r>
        <w:rPr>
          <w:b w:val="0"/>
          <w:sz w:val="20"/>
        </w:rPr>
        <w:t>- eine umfassende Reha zur Wiederherstellung meiner Gesundheit erforderlich ist.</w:t>
      </w:r>
    </w:p>
    <w:p>
      <w:r>
        <w:rPr>
          <w:b w:val="0"/>
          <w:sz w:val="20"/>
        </w:rPr>
        <w:t>- weitere medizinische Unterlagen und Gutachten als Nachweis eingereicht werden.</w:t>
      </w:r>
    </w:p>
    <w:p/>
    <w:p>
      <w:r>
        <w:rPr>
          <w:b w:val="0"/>
          <w:sz w:val="20"/>
        </w:rPr>
        <w:t>Ich bitte Sie, meinen Widerspruch sorgfältig zu prüfen und mir eine positive Entscheidung mitzuteilen.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https://musterhero.com/widerspruch-reha-musterbrief/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widerspruch-reha-musterbrief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