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ZUSTIMMUNG DES NACHBARS ZUR GRENZBEBauung</w:t>
      </w:r>
    </w:p>
    <w:p/>
    <w:p>
      <w:r>
        <w:rPr>
          <w:b/>
          <w:sz w:val="20"/>
        </w:rPr>
        <w:t>Angaben des Nachbarn (Zustimmender):</w:t>
      </w:r>
    </w:p>
    <w:p>
      <w:r>
        <w:rPr>
          <w:b w:val="0"/>
          <w:sz w:val="20"/>
        </w:rPr>
        <w:t>Name / Firma : _______________________________________________________</w:t>
      </w:r>
    </w:p>
    <w:p>
      <w:r>
        <w:rPr>
          <w:b w:val="0"/>
          <w:sz w:val="20"/>
        </w:rPr>
        <w:t>Anschrift : ___________________________________________________________</w:t>
      </w:r>
    </w:p>
    <w:p>
      <w:r>
        <w:rPr>
          <w:b w:val="0"/>
          <w:sz w:val="20"/>
        </w:rPr>
        <w:t>Grundstücksadresse : _________________________________________________</w:t>
      </w:r>
    </w:p>
    <w:p/>
    <w:p>
      <w:r>
        <w:rPr>
          <w:b/>
          <w:sz w:val="20"/>
        </w:rPr>
        <w:t>Angaben des Bauherrn (Antragsteller):</w:t>
      </w:r>
    </w:p>
    <w:p>
      <w:r>
        <w:rPr>
          <w:b w:val="0"/>
          <w:sz w:val="20"/>
        </w:rPr>
        <w:t>Name / Firma : _______________________________________________________</w:t>
      </w:r>
    </w:p>
    <w:p>
      <w:r>
        <w:rPr>
          <w:b w:val="0"/>
          <w:sz w:val="20"/>
        </w:rPr>
        <w:t>Anschrift : ___________________________________________________________</w:t>
      </w:r>
    </w:p>
    <w:p>
      <w:r>
        <w:rPr>
          <w:b w:val="0"/>
          <w:sz w:val="20"/>
        </w:rPr>
        <w:t>Grundstücksadresse : _________________________________________________</w:t>
      </w:r>
    </w:p>
    <w:p/>
    <w:p>
      <w:r>
        <w:rPr>
          <w:b/>
          <w:sz w:val="20"/>
        </w:rPr>
        <w:t>Beschreibung der geplanten Grenzbebauung:</w:t>
      </w:r>
    </w:p>
    <w:p>
      <w:r>
        <w:rPr>
          <w:b w:val="0"/>
          <w:sz w:val="20"/>
        </w:rPr>
        <w:t>Art der Bebauung : ___________________________________________________</w:t>
      </w:r>
    </w:p>
    <w:p>
      <w:r>
        <w:rPr>
          <w:b w:val="0"/>
          <w:sz w:val="20"/>
        </w:rPr>
        <w:t>Lage zum Nachbargrundstück : _________________________________________</w:t>
      </w:r>
    </w:p>
    <w:p>
      <w:r>
        <w:rPr>
          <w:b w:val="0"/>
          <w:sz w:val="20"/>
        </w:rPr>
        <w:t>Abmessungen (Länge x Breite x Höhe) : ________________________________</w:t>
      </w:r>
    </w:p>
    <w:p>
      <w:r>
        <w:rPr>
          <w:b w:val="0"/>
          <w:sz w:val="20"/>
        </w:rPr>
        <w:t>Baumaterialien : _____________________________________________________</w:t>
      </w:r>
    </w:p>
    <w:p/>
    <w:p>
      <w:r>
        <w:rPr>
          <w:b/>
          <w:sz w:val="20"/>
        </w:rPr>
        <w:t>Zustimmungserklärung:</w:t>
      </w:r>
    </w:p>
    <w:p>
      <w:r>
        <w:rPr>
          <w:b w:val="0"/>
          <w:sz w:val="20"/>
        </w:rPr>
        <w:t>Hiermit erkläre ich, dass ich mit der Errichtung der oben beschriebenen Grenzbebauung auf dem Nachbargrundstück einverstanden bin. Mir sind die Baupläne bekannt und ich erhebe keine Einwände gegen die Durchführung des Bauvorhabens.</w:t>
      </w:r>
    </w:p>
    <w:p>
      <w:r>
        <w:rPr>
          <w:b w:val="0"/>
          <w:sz w:val="20"/>
        </w:rPr>
        <w:t>Diese Zustimmung erfolgt freiwillig und ohne Zwang. Ich nehme zur Kenntnis, dass die Zustimmung für die Dauer der baurechtlichen Maßnahme gilt.</w:t>
      </w:r>
    </w:p>
    <w:p/>
    <w:p>
      <w:r>
        <w:rPr>
          <w:b/>
          <w:sz w:val="20"/>
        </w:rPr>
        <w:t>Widerruf der Zustimmung:</w:t>
      </w:r>
    </w:p>
    <w:p>
      <w:r>
        <w:rPr>
          <w:b w:val="0"/>
          <w:sz w:val="20"/>
        </w:rPr>
        <w:t>Ein Widerruf dieser Zustimmung ist ausgeschlossen, sofern die Grenzbebauung in Übereinstimmung mit den genehmigten Bauplänen ausgeführt wird.</w:t>
      </w:r>
    </w:p>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NACHBAR (ZUSTIMMENDER)</w:t>
            </w:r>
          </w:p>
        </w:tc>
        <w:tc>
          <w:tcPr>
            <w:tcW w:type="dxa" w:w="4986"/>
            <w:tcBorders>
              <w:top w:val="nil"/>
              <w:left w:val="nil"/>
              <w:bottom w:val="nil"/>
              <w:right w:val="nil"/>
              <w:insideH w:val="nil"/>
              <w:insideV w:val="nil"/>
            </w:tcBorders>
          </w:tcPr>
          <w:p>
            <w:pPr>
              <w:jc w:val="center"/>
            </w:pPr>
            <w:r>
              <w:t>BAUHERR (ANTRAGSTELLER)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https://musterhero.com/zustimmung-nachbar-grenzbebauung-muster/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https://musterhero.com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musterhero.com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hero.com/zustimmung-nachbar-grenzbebauung-muster/" TargetMode="External"/><Relationship Id="rId10" Type="http://schemas.openxmlformats.org/officeDocument/2006/relationships/hyperlink" Target="https://musterhe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